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Director Resume: Examples, Summary and What to Include</w:t>
      </w:r>
    </w:p>
    <w:p>
      <w:r>
        <w:t>Templates from https://knowtheroom.ai/career-guides/creative-director-resume/ · Replace everything in [brackets].</w:t>
      </w:r>
    </w:p>
    <w:p>
      <w:pPr>
        <w:pStyle w:val="Heading2"/>
      </w:pPr>
      <w:r>
        <w:t>How do you write a creative director resume summary?</w:t>
      </w:r>
    </w:p>
    <w:p>
      <w:r>
        <w:rPr>
          <w:b w:val="0"/>
        </w:rPr>
        <w:t xml:space="preserve">Creative director with </w:t>
      </w:r>
      <w:r>
        <w:rPr>
          <w:b/>
        </w:rPr>
        <w:t>[number]</w:t>
      </w:r>
      <w:r>
        <w:rPr>
          <w:b w:val="0"/>
        </w:rPr>
        <w:t xml:space="preserve"> years leading </w:t>
      </w:r>
      <w:r>
        <w:rPr>
          <w:b/>
        </w:rPr>
        <w:t>[integrated / social-first / brand and product]</w:t>
      </w:r>
      <w:r>
        <w:rPr>
          <w:b w:val="0"/>
        </w:rPr>
        <w:t xml:space="preserve"> work at </w:t>
      </w:r>
      <w:r>
        <w:rPr>
          <w:b/>
        </w:rPr>
        <w:t>[agencies / brand teams]</w:t>
      </w:r>
      <w:r>
        <w:rPr>
          <w:b w:val="0"/>
        </w:rPr>
        <w:t xml:space="preserve"> for </w:t>
      </w:r>
      <w:r>
        <w:rPr>
          <w:b/>
        </w:rPr>
        <w:t>[categories or kinds of brands]</w:t>
      </w:r>
      <w:r>
        <w:rPr>
          <w:b w:val="0"/>
        </w:rPr>
        <w:t xml:space="preserve">. Built and run a team of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[designers, writers, producers]</w:t>
      </w:r>
      <w:r>
        <w:rPr>
          <w:b w:val="0"/>
        </w:rPr>
        <w:t xml:space="preserve">. Recent: </w:t>
      </w:r>
      <w:r>
        <w:rPr>
          <w:b/>
        </w:rPr>
        <w:t>[campaign or rebrand]</w:t>
      </w:r>
      <w:r>
        <w:rPr>
          <w:b w:val="0"/>
        </w:rPr>
        <w:t xml:space="preserve">, </w:t>
      </w:r>
      <w:r>
        <w:rPr>
          <w:b/>
        </w:rPr>
        <w:t>[result or recognition]</w:t>
      </w:r>
      <w:r>
        <w:rPr>
          <w:b w:val="0"/>
        </w:rPr>
        <w:t>.</w:t>
      </w:r>
    </w:p>
    <w:p>
      <w:pPr>
        <w:pStyle w:val="Heading2"/>
      </w:pPr>
      <w:r>
        <w:t>How do you write a creative director resume summary?</w:t>
      </w:r>
    </w:p>
    <w:p>
      <w:r>
        <w:rPr>
          <w:b w:val="0"/>
        </w:rPr>
        <w:t xml:space="preserve">In-house creative director who built </w:t>
      </w:r>
      <w:r>
        <w:rPr>
          <w:b/>
        </w:rPr>
        <w:t>[brand]</w:t>
      </w:r>
      <w:r>
        <w:rPr>
          <w:b w:val="0"/>
        </w:rPr>
        <w:t xml:space="preserve">'s creative team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and runs everything the brand makes, from </w:t>
      </w:r>
      <w:r>
        <w:rPr>
          <w:b/>
        </w:rPr>
        <w:t>[channels]</w:t>
      </w:r>
      <w:r>
        <w:rPr>
          <w:b w:val="0"/>
        </w:rPr>
        <w:t xml:space="preserve">. Partner to </w:t>
      </w:r>
      <w:r>
        <w:rPr>
          <w:b/>
        </w:rPr>
        <w:t>[CMO / product / sales]</w:t>
      </w:r>
      <w:r>
        <w:rPr>
          <w:b w:val="0"/>
        </w:rPr>
        <w:t xml:space="preserve"> on </w:t>
      </w:r>
      <w:r>
        <w:rPr>
          <w:b/>
        </w:rPr>
        <w:t>[launches or business goals]</w:t>
      </w:r>
      <w:r>
        <w:rPr>
          <w:b w:val="0"/>
        </w:rPr>
        <w:t xml:space="preserve">; recent work </w:t>
      </w:r>
      <w:r>
        <w:rPr>
          <w:b/>
        </w:rPr>
        <w:t>[result the business shared]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