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Copywriter Resume: Examples, Summary and Template</w:t>
      </w:r>
    </w:p>
    <w:p>
      <w:r>
        <w:t>Templates from https://knowtheroom.ai/career-guides/copywriter-resume/ · Replace everything in [brackets].</w:t>
      </w:r>
    </w:p>
    <w:p>
      <w:pPr>
        <w:pStyle w:val="Heading2"/>
      </w:pPr>
      <w:r>
        <w:t>Copywriter resume template</w:t>
      </w:r>
    </w:p>
    <w:p>
      <w:r>
        <w:rPr>
          <w:b/>
        </w:rPr>
        <w:t>[Your name]</w:t>
      </w:r>
    </w:p>
    <w:p>
      <w:r>
        <w:rPr>
          <w:b/>
        </w:rPr>
        <w:t>[City]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[portfolio link]</w:t>
      </w:r>
      <w:r>
        <w:rPr>
          <w:b w:val="0"/>
        </w:rPr>
        <w:t xml:space="preserve"> · </w:t>
      </w:r>
      <w:r>
        <w:rPr>
          <w:b/>
        </w:rPr>
        <w:t>[LinkedIn]</w:t>
      </w:r>
    </w:p>
    <w:p/>
    <w:p>
      <w:r>
        <w:rPr>
          <w:b/>
        </w:rPr>
        <w:t>[Two-line summary in your own voice]</w:t>
      </w:r>
    </w:p>
    <w:p/>
    <w:p>
      <w:r>
        <w:rPr>
          <w:b w:val="0"/>
        </w:rPr>
        <w:t>EXPERIENCE</w:t>
      </w:r>
    </w:p>
    <w:p>
      <w:r>
        <w:rPr>
          <w:b/>
        </w:rPr>
        <w:t>[Title]</w:t>
      </w:r>
      <w:r>
        <w:rPr>
          <w:b w:val="0"/>
        </w:rPr>
        <w:t xml:space="preserve">, </w:t>
      </w:r>
      <w:r>
        <w:rPr>
          <w:b/>
        </w:rPr>
        <w:t>[Company or agency]</w:t>
      </w:r>
      <w:r>
        <w:rPr>
          <w:b w:val="0"/>
        </w:rPr>
        <w:t xml:space="preserve">, </w:t>
      </w:r>
      <w:r>
        <w:rPr>
          <w:b/>
        </w:rPr>
        <w:t>[City or remote]</w:t>
      </w:r>
      <w:r>
        <w:rPr>
          <w:b w:val="0"/>
        </w:rPr>
        <w:t xml:space="preserve">, </w:t>
      </w:r>
      <w:r>
        <w:rPr>
          <w:b/>
        </w:rPr>
        <w:t>[dates]</w:t>
      </w:r>
    </w:p>
    <w:p>
      <w:r>
        <w:rPr>
          <w:b w:val="0"/>
        </w:rPr>
        <w:t xml:space="preserve">- Wrote </w:t>
      </w:r>
      <w:r>
        <w:rPr>
          <w:b/>
        </w:rPr>
        <w:t>[what: campaign / launch / site / email program]</w:t>
      </w:r>
      <w:r>
        <w:rPr>
          <w:b w:val="0"/>
        </w:rPr>
        <w:t xml:space="preserve"> for </w:t>
      </w:r>
      <w:r>
        <w:rPr>
          <w:b/>
        </w:rPr>
        <w:t>[brand or category]</w:t>
      </w:r>
      <w:r>
        <w:rPr>
          <w:b w:val="0"/>
        </w:rPr>
        <w:t xml:space="preserve">, </w:t>
      </w:r>
      <w:r>
        <w:rPr>
          <w:b/>
        </w:rPr>
        <w:t>[your role]</w:t>
      </w:r>
      <w:r>
        <w:rPr>
          <w:b w:val="0"/>
        </w:rPr>
        <w:t xml:space="preserve">, </w:t>
      </w:r>
      <w:r>
        <w:rPr>
          <w:b/>
        </w:rPr>
        <w:t>[result or recognition]</w:t>
      </w:r>
    </w:p>
    <w:p>
      <w:r>
        <w:rPr>
          <w:b w:val="0"/>
        </w:rPr>
        <w:t xml:space="preserve">- Partnered with </w:t>
      </w:r>
      <w:r>
        <w:rPr>
          <w:b/>
        </w:rPr>
        <w:t>[art director / design team]</w:t>
      </w:r>
      <w:r>
        <w:rPr>
          <w:b w:val="0"/>
        </w:rPr>
        <w:t xml:space="preserve"> on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[briefs / pitches]</w:t>
      </w:r>
      <w:r>
        <w:rPr>
          <w:b w:val="0"/>
        </w:rPr>
        <w:t xml:space="preserve">; </w:t>
      </w:r>
      <w:r>
        <w:rPr>
          <w:b/>
        </w:rPr>
        <w:t>[outcome]</w:t>
      </w:r>
    </w:p>
    <w:p>
      <w:r>
        <w:rPr>
          <w:b w:val="0"/>
        </w:rPr>
        <w:t xml:space="preserve">- </w:t>
      </w:r>
      <w:r>
        <w:rPr>
          <w:b/>
        </w:rPr>
        <w:t>[Volume or range bullet: e.g. scripts, social, product copy across channels]</w:t>
      </w:r>
    </w:p>
    <w:p/>
    <w:p>
      <w:r>
        <w:rPr>
          <w:b w:val="0"/>
        </w:rPr>
        <w:t>SELECTED RECOGNITION (optional)</w:t>
      </w:r>
    </w:p>
    <w:p>
      <w:r>
        <w:rPr>
          <w:b/>
        </w:rPr>
        <w:t>[Award or shortlist]</w:t>
      </w:r>
      <w:r>
        <w:rPr>
          <w:b w:val="0"/>
        </w:rPr>
        <w:t xml:space="preserve">, </w:t>
      </w:r>
      <w:r>
        <w:rPr>
          <w:b/>
        </w:rPr>
        <w:t>[show]</w:t>
      </w:r>
      <w:r>
        <w:rPr>
          <w:b w:val="0"/>
        </w:rPr>
        <w:t xml:space="preserve">, </w:t>
      </w:r>
      <w:r>
        <w:rPr>
          <w:b/>
        </w:rPr>
        <w:t>[year]</w:t>
      </w:r>
      <w:r>
        <w:rPr>
          <w:b w:val="0"/>
        </w:rPr>
        <w:t xml:space="preserve">, </w:t>
      </w:r>
      <w:r>
        <w:rPr>
          <w:b/>
        </w:rPr>
        <w:t>[work]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Concepting · Brand voice · </w:t>
      </w:r>
      <w:r>
        <w:rPr>
          <w:b/>
        </w:rPr>
        <w:t>[Channels]</w:t>
      </w:r>
      <w:r>
        <w:rPr>
          <w:b w:val="0"/>
        </w:rPr>
        <w:t xml:space="preserve"> · </w:t>
      </w:r>
      <w:r>
        <w:rPr>
          <w:b/>
        </w:rPr>
        <w:t>[Tools: Google Docs, Figma, CMS, SEO tools, email platforms]</w:t>
      </w:r>
    </w:p>
    <w:p/>
    <w:p>
      <w:r>
        <w:rPr>
          <w:b w:val="0"/>
        </w:rPr>
        <w:t>EDUCATION</w:t>
      </w:r>
    </w:p>
    <w:p>
      <w:r>
        <w:rPr>
          <w:b/>
        </w:rPr>
        <w:t>[Degree / ad school / portfolio program]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, </w:t>
      </w:r>
      <w:r>
        <w:rPr>
          <w:b/>
        </w:rPr>
        <w:t>[year]</w:t>
      </w:r>
    </w:p>
    <w:p>
      <w:pPr>
        <w:pStyle w:val="Heading2"/>
      </w:pPr>
      <w:r>
        <w:t>How do you write a copywriter resume summary?</w:t>
      </w:r>
    </w:p>
    <w:p>
      <w:r>
        <w:rPr>
          <w:b w:val="0"/>
        </w:rPr>
        <w:t xml:space="preserve">Copywriter who writes </w:t>
      </w:r>
      <w:r>
        <w:rPr>
          <w:b/>
        </w:rPr>
        <w:t>[kind of work: social-first campaigns / launch copy / brand voice systems]</w:t>
      </w:r>
      <w:r>
        <w:rPr>
          <w:b w:val="0"/>
        </w:rPr>
        <w:t xml:space="preserve"> for </w:t>
      </w:r>
      <w:r>
        <w:rPr>
          <w:b/>
        </w:rPr>
        <w:t>[kind of brands]</w:t>
      </w:r>
      <w:r>
        <w:rPr>
          <w:b w:val="0"/>
        </w:rPr>
        <w:t xml:space="preserve">. </w:t>
      </w:r>
      <w:r>
        <w:rPr>
          <w:b/>
        </w:rPr>
        <w:t>[Years]</w:t>
      </w:r>
      <w:r>
        <w:rPr>
          <w:b w:val="0"/>
        </w:rPr>
        <w:t xml:space="preserve"> at </w:t>
      </w:r>
      <w:r>
        <w:rPr>
          <w:b/>
        </w:rPr>
        <w:t>[agencies / in-house]</w:t>
      </w:r>
      <w:r>
        <w:rPr>
          <w:b w:val="0"/>
        </w:rPr>
        <w:t xml:space="preserve">; most recently </w:t>
      </w:r>
      <w:r>
        <w:rPr>
          <w:b/>
        </w:rPr>
        <w:t>[campaign or result]</w:t>
      </w:r>
      <w:r>
        <w:rPr>
          <w:b w:val="0"/>
        </w:rPr>
        <w:t>.</w:t>
      </w:r>
    </w:p>
    <w:p>
      <w:pPr>
        <w:pStyle w:val="Heading2"/>
      </w:pPr>
      <w:r>
        <w:t>How do you write a copywriter resume summary?</w:t>
      </w:r>
    </w:p>
    <w:p>
      <w:r>
        <w:rPr>
          <w:b w:val="0"/>
        </w:rPr>
        <w:t xml:space="preserve">Conversion copywriter for </w:t>
      </w:r>
      <w:r>
        <w:rPr>
          <w:b/>
        </w:rPr>
        <w:t>[B2B SaaS / DTC / ecommerce]</w:t>
      </w:r>
      <w:r>
        <w:rPr>
          <w:b w:val="0"/>
        </w:rPr>
        <w:t xml:space="preserve"> brands. I write the </w:t>
      </w:r>
      <w:r>
        <w:rPr>
          <w:b/>
        </w:rPr>
        <w:t>[landing pages / emails / ads]</w:t>
      </w:r>
      <w:r>
        <w:rPr>
          <w:b w:val="0"/>
        </w:rPr>
        <w:t xml:space="preserve"> and run the tests that prove which words work: </w:t>
      </w:r>
      <w:r>
        <w:rPr>
          <w:b/>
        </w:rPr>
        <w:t>[one 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