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Writer Resume: Examples, Summary and Skills</w:t>
      </w:r>
    </w:p>
    <w:p>
      <w:r>
        <w:t>Templates from https://knowtheroom.ai/career-guides/content-writer-resume/ · Replace everything in [brackets].</w:t>
      </w:r>
    </w:p>
    <w:p>
      <w:pPr>
        <w:pStyle w:val="Heading2"/>
      </w:pPr>
      <w:r>
        <w:t>How do you write a content writer resume summary?</w:t>
      </w:r>
    </w:p>
    <w:p>
      <w:r>
        <w:rPr>
          <w:b w:val="0"/>
        </w:rPr>
        <w:t xml:space="preserve">Content writer with </w:t>
      </w:r>
      <w:r>
        <w:rPr>
          <w:b/>
        </w:rPr>
        <w:t>[number]</w:t>
      </w:r>
      <w:r>
        <w:rPr>
          <w:b w:val="0"/>
        </w:rPr>
        <w:t xml:space="preserve"> years writing </w:t>
      </w:r>
      <w:r>
        <w:rPr>
          <w:b/>
        </w:rPr>
        <w:t>[blog posts / guides / case studies / newsletters]</w:t>
      </w:r>
      <w:r>
        <w:rPr>
          <w:b w:val="0"/>
        </w:rPr>
        <w:t xml:space="preserve"> for </w:t>
      </w:r>
      <w:r>
        <w:rPr>
          <w:b/>
        </w:rPr>
        <w:t>[kind of company or audience]</w:t>
      </w:r>
      <w:r>
        <w:rPr>
          <w:b w:val="0"/>
        </w:rPr>
        <w:t xml:space="preserve">. My articles on </w:t>
      </w:r>
      <w:r>
        <w:rPr>
          <w:b/>
        </w:rPr>
        <w:t>[topic]</w:t>
      </w:r>
      <w:r>
        <w:rPr>
          <w:b w:val="0"/>
        </w:rPr>
        <w:t xml:space="preserve"> grew organic traffic from [x] to [y] sessions a month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 content writer resume summary?</w:t>
      </w:r>
    </w:p>
    <w:p>
      <w:r>
        <w:rPr>
          <w:b w:val="0"/>
        </w:rPr>
        <w:t xml:space="preserve">B2B content writer who turns expert interviews into </w:t>
      </w:r>
      <w:r>
        <w:rPr>
          <w:b/>
        </w:rPr>
        <w:t>[guides / case studies]</w:t>
      </w:r>
      <w:r>
        <w:rPr>
          <w:b w:val="0"/>
        </w:rPr>
        <w:t xml:space="preserve"> that sales uses. </w:t>
      </w:r>
      <w:r>
        <w:rPr>
          <w:b/>
        </w:rPr>
        <w:t>[Number]</w:t>
      </w:r>
      <w:r>
        <w:rPr>
          <w:b w:val="0"/>
        </w:rPr>
        <w:t xml:space="preserve"> published pieces on </w:t>
      </w:r>
      <w:r>
        <w:rPr>
          <w:b/>
        </w:rPr>
        <w:t>[topics]</w:t>
      </w:r>
      <w:r>
        <w:rPr>
          <w:b w:val="0"/>
        </w:rPr>
        <w:t xml:space="preserve">, including </w:t>
      </w:r>
      <w:r>
        <w:rPr>
          <w:b/>
        </w:rPr>
        <w:t>[result: rankings, sign-ups, deals influenced]</w:t>
      </w:r>
      <w:r>
        <w:rPr>
          <w:b w:val="0"/>
        </w:rPr>
        <w:t>.</w:t>
      </w:r>
    </w:p>
    <w:p>
      <w:pPr>
        <w:pStyle w:val="Heading2"/>
      </w:pPr>
      <w:r>
        <w:t>Blog and SEO content</w:t>
      </w:r>
    </w:p>
    <w:p>
      <w:r>
        <w:rPr>
          <w:b w:val="0"/>
        </w:rPr>
        <w:t xml:space="preserve">- Wrote </w:t>
      </w:r>
      <w:r>
        <w:rPr>
          <w:b/>
        </w:rPr>
        <w:t>[number]</w:t>
      </w:r>
      <w:r>
        <w:rPr>
          <w:b w:val="0"/>
        </w:rPr>
        <w:t xml:space="preserve"> SEO articles a month on </w:t>
      </w:r>
      <w:r>
        <w:rPr>
          <w:b/>
        </w:rPr>
        <w:t>[topic]</w:t>
      </w:r>
      <w:r>
        <w:rPr>
          <w:b w:val="0"/>
        </w:rPr>
        <w:t xml:space="preserve">, </w:t>
      </w:r>
      <w:r>
        <w:rPr>
          <w:b/>
        </w:rPr>
        <w:t>[number]</w:t>
      </w:r>
      <w:r>
        <w:rPr>
          <w:b w:val="0"/>
        </w:rPr>
        <w:t xml:space="preserve"> of which reached the first page of Google for </w:t>
      </w:r>
      <w:r>
        <w:rPr>
          <w:b/>
        </w:rPr>
        <w:t>[keyword type]</w:t>
      </w:r>
      <w:r>
        <w:rPr>
          <w:b w:val="0"/>
        </w:rPr>
        <w:t xml:space="preserve">; organic sessions grew </w:t>
      </w:r>
      <w:r>
        <w:rPr>
          <w:b/>
        </w:rPr>
        <w:t>[amount]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Updated </w:t>
      </w:r>
      <w:r>
        <w:rPr>
          <w:b/>
        </w:rPr>
        <w:t>[number]</w:t>
      </w:r>
      <w:r>
        <w:rPr>
          <w:b w:val="0"/>
        </w:rPr>
        <w:t xml:space="preserve"> older posts that had lost rankings, recovering </w:t>
      </w:r>
      <w:r>
        <w:rPr>
          <w:b/>
        </w:rPr>
        <w:t>[result]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>- Built a content brief template with the SEO lead that cut editing rounds from [x] to [y].</w:t>
      </w:r>
    </w:p>
    <w:p>
      <w:pPr>
        <w:pStyle w:val="Heading2"/>
      </w:pPr>
      <w:r>
        <w:t>Conversion and sales content</w:t>
      </w:r>
    </w:p>
    <w:p>
      <w:r>
        <w:rPr>
          <w:b w:val="0"/>
        </w:rPr>
        <w:t xml:space="preserve">- Wrote </w:t>
      </w:r>
      <w:r>
        <w:rPr>
          <w:b/>
        </w:rPr>
        <w:t>[number]</w:t>
      </w:r>
      <w:r>
        <w:rPr>
          <w:b w:val="0"/>
        </w:rPr>
        <w:t xml:space="preserve"> customer case studies from interviews with </w:t>
      </w:r>
      <w:r>
        <w:rPr>
          <w:b/>
        </w:rPr>
        <w:t>[roles]</w:t>
      </w:r>
      <w:r>
        <w:rPr>
          <w:b w:val="0"/>
        </w:rPr>
        <w:t xml:space="preserve">; sales used them in </w:t>
      </w:r>
      <w:r>
        <w:rPr>
          <w:b/>
        </w:rPr>
        <w:t>[number]</w:t>
      </w:r>
      <w:r>
        <w:rPr>
          <w:b w:val="0"/>
        </w:rPr>
        <w:t xml:space="preserve"> deals.</w:t>
      </w:r>
    </w:p>
    <w:p>
      <w:r>
        <w:rPr>
          <w:b w:val="0"/>
        </w:rPr>
        <w:t xml:space="preserve">- Rewrote </w:t>
      </w:r>
      <w:r>
        <w:rPr>
          <w:b/>
        </w:rPr>
        <w:t>[landing page / email sequence]</w:t>
      </w:r>
      <w:r>
        <w:rPr>
          <w:b w:val="0"/>
        </w:rPr>
        <w:t xml:space="preserve">, raising </w:t>
      </w:r>
      <w:r>
        <w:rPr>
          <w:b/>
        </w:rPr>
        <w:t>[sign-ups / clicks]</w:t>
      </w:r>
      <w:r>
        <w:rPr>
          <w:b w:val="0"/>
        </w:rPr>
        <w:t xml:space="preserve"> from [x] to [y].</w:t>
      </w:r>
    </w:p>
    <w:p>
      <w:pPr>
        <w:pStyle w:val="Heading2"/>
      </w:pPr>
      <w:r>
        <w:t>Editorial and process</w:t>
      </w:r>
    </w:p>
    <w:p>
      <w:r>
        <w:rPr>
          <w:b w:val="0"/>
        </w:rPr>
        <w:t xml:space="preserve">- Managed the editorial calendar for </w:t>
      </w:r>
      <w:r>
        <w:rPr>
          <w:b/>
        </w:rPr>
        <w:t>[blog / newsletter]</w:t>
      </w:r>
      <w:r>
        <w:rPr>
          <w:b w:val="0"/>
        </w:rPr>
        <w:t xml:space="preserve">, publishing </w:t>
      </w:r>
      <w:r>
        <w:rPr>
          <w:b/>
        </w:rPr>
        <w:t>[number]</w:t>
      </w:r>
      <w:r>
        <w:rPr>
          <w:b w:val="0"/>
        </w:rPr>
        <w:t xml:space="preserve"> pieces a week on schedule for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Edited drafts from </w:t>
      </w:r>
      <w:r>
        <w:rPr>
          <w:b/>
        </w:rPr>
        <w:t>[number]</w:t>
      </w:r>
      <w:r>
        <w:rPr>
          <w:b w:val="0"/>
        </w:rPr>
        <w:t xml:space="preserve"> subject matter experts into publishable articles.</w:t>
      </w:r>
    </w:p>
    <w:p>
      <w:pPr>
        <w:pStyle w:val="Heading2"/>
      </w:pPr>
      <w:r>
        <w:t>How do you put freelance content writing on a resume?</w:t>
      </w:r>
    </w:p>
    <w:p>
      <w:r>
        <w:rPr>
          <w:b w:val="0"/>
        </w:rPr>
        <w:t xml:space="preserve">Freelance Content Writer | </w:t>
      </w:r>
      <w:r>
        <w:rPr>
          <w:b/>
        </w:rPr>
        <w:t>[Year]</w:t>
      </w:r>
      <w:r>
        <w:rPr>
          <w:b w:val="0"/>
        </w:rPr>
        <w:t xml:space="preserve"> to present</w:t>
      </w:r>
    </w:p>
    <w:p>
      <w:r>
        <w:rPr>
          <w:b w:val="0"/>
        </w:rPr>
        <w:t xml:space="preserve">- Write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[formats]</w:t>
      </w:r>
      <w:r>
        <w:rPr>
          <w:b w:val="0"/>
        </w:rPr>
        <w:t xml:space="preserve"> a month for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[industries]</w:t>
      </w:r>
      <w:r>
        <w:rPr>
          <w:b w:val="0"/>
        </w:rPr>
        <w:t xml:space="preserve">, including </w:t>
      </w:r>
      <w:r>
        <w:rPr>
          <w:b/>
        </w:rPr>
        <w:t>[client or type]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[Client]</w:t>
      </w:r>
      <w:r>
        <w:rPr>
          <w:b w:val="0"/>
        </w:rPr>
        <w:t xml:space="preserve">: </w:t>
      </w:r>
      <w:r>
        <w:rPr>
          <w:b/>
        </w:rPr>
        <w:t>[project]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