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Strategist Resume: Examples, Summary and Skills</w:t>
      </w:r>
    </w:p>
    <w:p>
      <w:r>
        <w:t>Templates from https://knowtheroom.ai/career-guides/content-strategist-resume/ · Replace everything in [brackets].</w:t>
      </w:r>
    </w:p>
    <w:p>
      <w:pPr>
        <w:pStyle w:val="Heading2"/>
      </w:pPr>
      <w:r>
        <w:t>How do you write a content strategist resume summary?</w:t>
      </w:r>
    </w:p>
    <w:p>
      <w:r>
        <w:rPr>
          <w:b w:val="0"/>
        </w:rPr>
        <w:t xml:space="preserve">Content strategist with </w:t>
      </w:r>
      <w:r>
        <w:rPr>
          <w:b/>
        </w:rPr>
        <w:t>[number]</w:t>
      </w:r>
      <w:r>
        <w:rPr>
          <w:b w:val="0"/>
        </w:rPr>
        <w:t xml:space="preserve"> years planning </w:t>
      </w:r>
      <w:r>
        <w:rPr>
          <w:b/>
        </w:rPr>
        <w:t>[SEO / brand / lifecycle / product]</w:t>
      </w:r>
      <w:r>
        <w:rPr>
          <w:b w:val="0"/>
        </w:rPr>
        <w:t xml:space="preserve"> content for </w:t>
      </w:r>
      <w:r>
        <w:rPr>
          <w:b/>
        </w:rPr>
        <w:t>[kind of company or audience]</w:t>
      </w:r>
      <w:r>
        <w:rPr>
          <w:b w:val="0"/>
        </w:rPr>
        <w:t xml:space="preserve">. Built the </w:t>
      </w:r>
      <w:r>
        <w:rPr>
          <w:b/>
        </w:rPr>
        <w:t>[program: e.g. topic plan, help center, editorial system]</w:t>
      </w:r>
      <w:r>
        <w:rPr>
          <w:b w:val="0"/>
        </w:rPr>
        <w:t xml:space="preserve"> that [result: e.g. grew organic sign-ups by [X]% / cut support contacts on </w:t>
      </w:r>
      <w:r>
        <w:rPr>
          <w:b/>
        </w:rPr>
        <w:t>[topic]</w:t>
      </w:r>
      <w:r>
        <w:rPr>
          <w:b w:val="0"/>
        </w:rPr>
        <w:t>].</w:t>
      </w:r>
    </w:p>
    <w:p>
      <w:pPr>
        <w:pStyle w:val="Heading2"/>
      </w:pPr>
      <w:r>
        <w:t>How do you write a content strategist resume summary?</w:t>
      </w:r>
    </w:p>
    <w:p>
      <w:r>
        <w:rPr>
          <w:b w:val="0"/>
        </w:rPr>
        <w:t xml:space="preserve">Writer turned content strategist who plans and briefs content for a team of </w:t>
      </w:r>
      <w:r>
        <w:rPr>
          <w:b/>
        </w:rPr>
        <w:t>[number]</w:t>
      </w:r>
      <w:r>
        <w:rPr>
          <w:b w:val="0"/>
        </w:rPr>
        <w:t xml:space="preserve"> writers at </w:t>
      </w:r>
      <w:r>
        <w:rPr>
          <w:b/>
        </w:rPr>
        <w:t>[company type]</w:t>
      </w:r>
      <w:r>
        <w:rPr>
          <w:b w:val="0"/>
        </w:rPr>
        <w:t xml:space="preserve">. Ran the content audit that [what it led to: retired </w:t>
      </w:r>
      <w:r>
        <w:rPr>
          <w:b/>
        </w:rPr>
        <w:t>[number]</w:t>
      </w:r>
      <w:r>
        <w:rPr>
          <w:b w:val="0"/>
        </w:rPr>
        <w:t xml:space="preserve"> pages, refocused the calendar on </w:t>
      </w:r>
      <w:r>
        <w:rPr>
          <w:b/>
        </w:rPr>
        <w:t>[topic]</w:t>
      </w:r>
      <w:r>
        <w:rPr>
          <w:b w:val="0"/>
        </w:rPr>
        <w:t xml:space="preserve">, lifted </w:t>
      </w:r>
      <w:r>
        <w:rPr>
          <w:b/>
        </w:rPr>
        <w:t>[metric]</w:t>
      </w:r>
      <w:r>
        <w:rPr>
          <w:b w:val="0"/>
        </w:rPr>
        <w:t>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