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Content Marketing Resume: Sections, Bullet Examples and Skills</w:t>
      </w:r>
    </w:p>
    <w:p>
      <w:r>
        <w:t>Templates from https://knowtheroom.ai/career-guides/content-marketing-resume/ · Replace everything in [brackets].</w:t>
      </w:r>
    </w:p>
    <w:p>
      <w:pPr>
        <w:pStyle w:val="Heading2"/>
      </w:pPr>
      <w:r>
        <w:t>How do you write a content marketing resume summary?</w:t>
      </w:r>
    </w:p>
    <w:p>
      <w:r>
        <w:rPr>
          <w:b w:val="0"/>
        </w:rPr>
        <w:t xml:space="preserve">Content marketer with </w:t>
      </w:r>
      <w:r>
        <w:rPr>
          <w:b/>
        </w:rPr>
        <w:t>[number]</w:t>
      </w:r>
      <w:r>
        <w:rPr>
          <w:b w:val="0"/>
        </w:rPr>
        <w:t xml:space="preserve"> years writing and editing </w:t>
      </w:r>
      <w:r>
        <w:rPr>
          <w:b/>
        </w:rPr>
        <w:t>[formats: long-form articles, newsletters, case studies, video scripts]</w:t>
      </w:r>
      <w:r>
        <w:rPr>
          <w:b w:val="0"/>
        </w:rPr>
        <w:t xml:space="preserve"> for </w:t>
      </w:r>
      <w:r>
        <w:rPr>
          <w:b/>
        </w:rPr>
        <w:t>[audience: IT buyers, small business owners, parents]</w:t>
      </w:r>
      <w:r>
        <w:rPr>
          <w:b w:val="0"/>
        </w:rPr>
        <w:t xml:space="preserve">. Built </w:t>
      </w:r>
      <w:r>
        <w:rPr>
          <w:b/>
        </w:rPr>
        <w:t>[program: an SEO content hub, a weekly newsletter, a customer story library]</w:t>
      </w:r>
      <w:r>
        <w:rPr>
          <w:b w:val="0"/>
        </w:rPr>
        <w:t xml:space="preserve"> that </w:t>
      </w:r>
      <w:r>
        <w:rPr>
          <w:b/>
        </w:rPr>
        <w:t>[result]</w:t>
      </w:r>
      <w:r>
        <w:rPr>
          <w:b w:val="0"/>
        </w:rPr>
        <w:t>. Strongest at [specialty: search-led content, editorial strategy, thought leadership, content operations].</w:t>
      </w:r>
    </w:p>
    <w:p>
      <w:pPr>
        <w:pStyle w:val="Heading2"/>
      </w:pPr>
      <w:r>
        <w:t>How do you write a content marketing resume summary?</w:t>
      </w:r>
    </w:p>
    <w:p>
      <w:r>
        <w:rPr>
          <w:b w:val="0"/>
        </w:rPr>
        <w:t xml:space="preserve">Journalist moving into content marketing. Reported and edited </w:t>
      </w:r>
      <w:r>
        <w:rPr>
          <w:b/>
        </w:rPr>
        <w:t>[number]</w:t>
      </w:r>
      <w:r>
        <w:rPr>
          <w:b w:val="0"/>
        </w:rPr>
        <w:t xml:space="preserve"> stories a month at </w:t>
      </w:r>
      <w:r>
        <w:rPr>
          <w:b/>
        </w:rPr>
        <w:t>[publication]</w:t>
      </w:r>
      <w:r>
        <w:rPr>
          <w:b w:val="0"/>
        </w:rPr>
        <w:t xml:space="preserve"> on </w:t>
      </w:r>
      <w:r>
        <w:rPr>
          <w:b/>
        </w:rPr>
        <w:t>[beat]</w:t>
      </w:r>
      <w:r>
        <w:rPr>
          <w:b w:val="0"/>
        </w:rPr>
        <w:t xml:space="preserve">, and wrote </w:t>
      </w:r>
      <w:r>
        <w:rPr>
          <w:b/>
        </w:rPr>
        <w:t>[marketing work: freelance case studies, a company blog]</w:t>
      </w:r>
      <w:r>
        <w:rPr>
          <w:b w:val="0"/>
        </w:rPr>
        <w:t xml:space="preserve"> that </w:t>
      </w:r>
      <w:r>
        <w:rPr>
          <w:b/>
        </w:rPr>
        <w:t>[result]</w:t>
      </w:r>
      <w:r>
        <w:rPr>
          <w:b w:val="0"/>
        </w:rPr>
        <w:t>.</w:t>
      </w:r>
    </w:p>
    <w:p>
      <w:pPr>
        <w:pStyle w:val="Heading2"/>
      </w:pPr>
      <w:r>
        <w:t>What makes a strong content marketing resume bullet?</w:t>
      </w:r>
    </w:p>
    <w:p>
      <w:r>
        <w:rPr>
          <w:b/>
        </w:rPr>
        <w:t>[Action verb]</w:t>
      </w:r>
      <w:r>
        <w:rPr>
          <w:b w:val="0"/>
        </w:rPr>
        <w:t xml:space="preserve"> </w:t>
      </w:r>
      <w:r>
        <w:rPr>
          <w:b/>
        </w:rPr>
        <w:t>[piece, series or program]</w:t>
      </w:r>
      <w:r>
        <w:rPr>
          <w:b w:val="0"/>
        </w:rPr>
        <w:t xml:space="preserve"> for </w:t>
      </w:r>
      <w:r>
        <w:rPr>
          <w:b/>
        </w:rPr>
        <w:t>[audience]</w:t>
      </w:r>
      <w:r>
        <w:rPr>
          <w:b w:val="0"/>
        </w:rPr>
        <w:t xml:space="preserve"> to </w:t>
      </w:r>
      <w:r>
        <w:rPr>
          <w:b/>
        </w:rPr>
        <w:t>[goal]</w:t>
      </w:r>
      <w:r>
        <w:rPr>
          <w:b w:val="0"/>
        </w:rPr>
        <w:t xml:space="preserve">, which </w:t>
      </w:r>
      <w:r>
        <w:rPr>
          <w:b/>
        </w:rPr>
        <w:t>[result]</w:t>
      </w:r>
      <w:r>
        <w:rPr>
          <w:b w:val="0"/>
        </w:rPr>
        <w:t xml:space="preserve"> within </w:t>
      </w:r>
      <w:r>
        <w:rPr>
          <w:b/>
        </w:rPr>
        <w:t>[time period]</w:t>
      </w:r>
      <w:r>
        <w:rPr>
          <w:b w:val="0"/>
        </w:rPr>
        <w:t>.</w:t>
      </w:r>
    </w:p>
    <w:p>
      <w:pPr>
        <w:pStyle w:val="Heading2"/>
      </w:pPr>
      <w:r>
        <w:t>Coordinator or writer</w:t>
      </w:r>
    </w:p>
    <w:p>
      <w:r>
        <w:rPr>
          <w:b w:val="0"/>
        </w:rPr>
        <w:t xml:space="preserve">- Wrote </w:t>
      </w:r>
      <w:r>
        <w:rPr>
          <w:b/>
        </w:rPr>
        <w:t>[number]</w:t>
      </w:r>
      <w:r>
        <w:rPr>
          <w:b w:val="0"/>
        </w:rPr>
        <w:t xml:space="preserve"> articles a month on </w:t>
      </w:r>
      <w:r>
        <w:rPr>
          <w:b/>
        </w:rPr>
        <w:t>[topic]</w:t>
      </w:r>
      <w:r>
        <w:rPr>
          <w:b w:val="0"/>
        </w:rPr>
        <w:t xml:space="preserve"> from SEO briefs, </w:t>
      </w:r>
      <w:r>
        <w:rPr>
          <w:b/>
        </w:rPr>
        <w:t>[number]</w:t>
      </w:r>
      <w:r>
        <w:rPr>
          <w:b w:val="0"/>
        </w:rPr>
        <w:t xml:space="preserve"> of which reached page one for their target term.</w:t>
      </w:r>
    </w:p>
    <w:p>
      <w:r>
        <w:rPr>
          <w:b w:val="0"/>
        </w:rPr>
        <w:t xml:space="preserve">- Edited and published the weekly newsletter to </w:t>
      </w:r>
      <w:r>
        <w:rPr>
          <w:b/>
        </w:rPr>
        <w:t>[number]</w:t>
      </w:r>
      <w:r>
        <w:rPr>
          <w:b w:val="0"/>
        </w:rPr>
        <w:t xml:space="preserve"> subscribers, raising click rate from [X] to [Y] by </w:t>
      </w:r>
      <w:r>
        <w:rPr>
          <w:b/>
        </w:rPr>
        <w:t>[change]</w:t>
      </w:r>
      <w:r>
        <w:rPr>
          <w:b w:val="0"/>
        </w:rPr>
        <w:t>.</w:t>
      </w:r>
    </w:p>
    <w:p>
      <w:r>
        <w:rPr>
          <w:b w:val="0"/>
        </w:rPr>
        <w:t xml:space="preserve">- Interviewed </w:t>
      </w:r>
      <w:r>
        <w:rPr>
          <w:b/>
        </w:rPr>
        <w:t>[number]</w:t>
      </w:r>
      <w:r>
        <w:rPr>
          <w:b w:val="0"/>
        </w:rPr>
        <w:t xml:space="preserve"> customers and turned them into case studies used by sales in </w:t>
      </w:r>
      <w:r>
        <w:rPr>
          <w:b/>
        </w:rPr>
        <w:t>[deal stage or segment]</w:t>
      </w:r>
      <w:r>
        <w:rPr>
          <w:b w:val="0"/>
        </w:rPr>
        <w:t>.</w:t>
      </w:r>
    </w:p>
    <w:p>
      <w:r>
        <w:rPr>
          <w:b w:val="0"/>
        </w:rPr>
        <w:t xml:space="preserve">- Updated </w:t>
      </w:r>
      <w:r>
        <w:rPr>
          <w:b/>
        </w:rPr>
        <w:t>[number]</w:t>
      </w:r>
      <w:r>
        <w:rPr>
          <w:b w:val="0"/>
        </w:rPr>
        <w:t xml:space="preserve"> older posts with new data and structure, recovering </w:t>
      </w:r>
      <w:r>
        <w:rPr>
          <w:b/>
        </w:rPr>
        <w:t>[traffic result]</w:t>
      </w:r>
      <w:r>
        <w:rPr>
          <w:b w:val="0"/>
        </w:rPr>
        <w:t xml:space="preserve"> in </w:t>
      </w:r>
      <w:r>
        <w:rPr>
          <w:b/>
        </w:rPr>
        <w:t>[time]</w:t>
      </w:r>
      <w:r>
        <w:rPr>
          <w:b w:val="0"/>
        </w:rPr>
        <w:t>.</w:t>
      </w:r>
    </w:p>
    <w:p>
      <w:pPr>
        <w:pStyle w:val="Heading2"/>
      </w:pPr>
      <w:r>
        <w:t>Content marketing manager</w:t>
      </w:r>
    </w:p>
    <w:p>
      <w:r>
        <w:rPr>
          <w:b w:val="0"/>
        </w:rPr>
        <w:t xml:space="preserve">- Built the content strategy for </w:t>
      </w:r>
      <w:r>
        <w:rPr>
          <w:b/>
        </w:rPr>
        <w:t>[audience]</w:t>
      </w:r>
      <w:r>
        <w:rPr>
          <w:b w:val="0"/>
        </w:rPr>
        <w:t xml:space="preserve"> around </w:t>
      </w:r>
      <w:r>
        <w:rPr>
          <w:b/>
        </w:rPr>
        <w:t>[number]</w:t>
      </w:r>
      <w:r>
        <w:rPr>
          <w:b w:val="0"/>
        </w:rPr>
        <w:t xml:space="preserve"> topic clusters, growing organic traffic to the blog from [X] to [Y] in </w:t>
      </w:r>
      <w:r>
        <w:rPr>
          <w:b/>
        </w:rPr>
        <w:t>[time]</w:t>
      </w:r>
      <w:r>
        <w:rPr>
          <w:b w:val="0"/>
        </w:rPr>
        <w:t>.</w:t>
      </w:r>
    </w:p>
    <w:p>
      <w:r>
        <w:rPr>
          <w:b w:val="0"/>
        </w:rPr>
        <w:t xml:space="preserve">- Launched </w:t>
      </w:r>
      <w:r>
        <w:rPr>
          <w:b/>
        </w:rPr>
        <w:t>[series, report or newsletter]</w:t>
      </w:r>
      <w:r>
        <w:rPr>
          <w:b w:val="0"/>
        </w:rPr>
        <w:t xml:space="preserve">, which became the top source of </w:t>
      </w:r>
      <w:r>
        <w:rPr>
          <w:b/>
        </w:rPr>
        <w:t>[sign-ups / demo requests]</w:t>
      </w:r>
      <w:r>
        <w:rPr>
          <w:b w:val="0"/>
        </w:rPr>
        <w:t xml:space="preserve"> among content pages.</w:t>
      </w:r>
    </w:p>
    <w:p>
      <w:r>
        <w:rPr>
          <w:b w:val="0"/>
        </w:rPr>
        <w:t xml:space="preserve">- Managed a calendar of </w:t>
      </w:r>
      <w:r>
        <w:rPr>
          <w:b/>
        </w:rPr>
        <w:t>[number]</w:t>
      </w:r>
      <w:r>
        <w:rPr>
          <w:b w:val="0"/>
        </w:rPr>
        <w:t xml:space="preserve"> pieces a month with </w:t>
      </w:r>
      <w:r>
        <w:rPr>
          <w:b/>
        </w:rPr>
        <w:t>[number]</w:t>
      </w:r>
      <w:r>
        <w:rPr>
          <w:b w:val="0"/>
        </w:rPr>
        <w:t xml:space="preserve"> freelancers and subject experts, cutting turnaround from </w:t>
      </w:r>
      <w:r>
        <w:rPr>
          <w:b/>
        </w:rPr>
        <w:t>[time]</w:t>
      </w:r>
      <w:r>
        <w:rPr>
          <w:b w:val="0"/>
        </w:rPr>
        <w:t xml:space="preserve"> to </w:t>
      </w:r>
      <w:r>
        <w:rPr>
          <w:b/>
        </w:rPr>
        <w:t>[time]</w:t>
      </w:r>
      <w:r>
        <w:rPr>
          <w:b w:val="0"/>
        </w:rPr>
        <w:t>.</w:t>
      </w:r>
    </w:p>
    <w:p>
      <w:r>
        <w:rPr>
          <w:b w:val="0"/>
        </w:rPr>
        <w:t xml:space="preserve">- Created a gated </w:t>
      </w:r>
      <w:r>
        <w:rPr>
          <w:b/>
        </w:rPr>
        <w:t>[report or guide]</w:t>
      </w:r>
      <w:r>
        <w:rPr>
          <w:b w:val="0"/>
        </w:rPr>
        <w:t xml:space="preserve"> from </w:t>
      </w:r>
      <w:r>
        <w:rPr>
          <w:b/>
        </w:rPr>
        <w:t>[original data source]</w:t>
      </w:r>
      <w:r>
        <w:rPr>
          <w:b w:val="0"/>
        </w:rPr>
        <w:t xml:space="preserve">, generating </w:t>
      </w:r>
      <w:r>
        <w:rPr>
          <w:b/>
        </w:rPr>
        <w:t>[number]</w:t>
      </w:r>
      <w:r>
        <w:rPr>
          <w:b w:val="0"/>
        </w:rPr>
        <w:t xml:space="preserve"> leads and coverage in </w:t>
      </w:r>
      <w:r>
        <w:rPr>
          <w:b/>
        </w:rPr>
        <w:t>[publication type]</w:t>
      </w:r>
      <w:r>
        <w:rPr>
          <w:b w:val="0"/>
        </w:rPr>
        <w:t>.</w:t>
      </w:r>
    </w:p>
    <w:p>
      <w:r>
        <w:rPr>
          <w:b w:val="0"/>
        </w:rPr>
        <w:t xml:space="preserve">- Set up content reporting in </w:t>
      </w:r>
      <w:r>
        <w:rPr>
          <w:b/>
        </w:rPr>
        <w:t>[tool]</w:t>
      </w:r>
      <w:r>
        <w:rPr>
          <w:b w:val="0"/>
        </w:rPr>
        <w:t xml:space="preserve"> that linked articles to </w:t>
      </w:r>
      <w:r>
        <w:rPr>
          <w:b/>
        </w:rPr>
        <w:t>[sign-ups / pipeline]</w:t>
      </w:r>
      <w:r>
        <w:rPr>
          <w:b w:val="0"/>
        </w:rPr>
        <w:t xml:space="preserve"> for the first time.</w:t>
      </w:r>
    </w:p>
    <w:p>
      <w:pPr>
        <w:pStyle w:val="Heading2"/>
      </w:pPr>
      <w:r>
        <w:t>Senior or head of content</w:t>
      </w:r>
    </w:p>
    <w:p>
      <w:r>
        <w:rPr>
          <w:b w:val="0"/>
        </w:rPr>
        <w:t xml:space="preserve">- Led a team of </w:t>
      </w:r>
      <w:r>
        <w:rPr>
          <w:b/>
        </w:rPr>
        <w:t>[number]</w:t>
      </w:r>
      <w:r>
        <w:rPr>
          <w:b w:val="0"/>
        </w:rPr>
        <w:t xml:space="preserve"> writers, editors and designers, owning content for </w:t>
      </w:r>
      <w:r>
        <w:rPr>
          <w:b/>
        </w:rPr>
        <w:t>[business or audience]</w:t>
      </w:r>
      <w:r>
        <w:rPr>
          <w:b w:val="0"/>
        </w:rPr>
        <w:t>.</w:t>
      </w:r>
    </w:p>
    <w:p>
      <w:r>
        <w:rPr>
          <w:b w:val="0"/>
        </w:rPr>
        <w:t xml:space="preserve">- Set editorial standards and a style guide adopted across </w:t>
      </w:r>
      <w:r>
        <w:rPr>
          <w:b/>
        </w:rPr>
        <w:t>[teams]</w:t>
      </w:r>
      <w:r>
        <w:rPr>
          <w:b w:val="0"/>
        </w:rPr>
        <w:t xml:space="preserve">, cutting edit rounds from </w:t>
      </w:r>
      <w:r>
        <w:rPr>
          <w:b/>
        </w:rPr>
        <w:t>[number]</w:t>
      </w:r>
      <w:r>
        <w:rPr>
          <w:b w:val="0"/>
        </w:rPr>
        <w:t xml:space="preserve"> to </w:t>
      </w:r>
      <w:r>
        <w:rPr>
          <w:b/>
        </w:rPr>
        <w:t>[number]</w:t>
      </w:r>
      <w:r>
        <w:rPr>
          <w:b w:val="0"/>
        </w:rPr>
        <w:t>.</w:t>
      </w:r>
    </w:p>
    <w:p>
      <w:r>
        <w:rPr>
          <w:b w:val="0"/>
        </w:rPr>
        <w:t xml:space="preserve">- Shifted the program from </w:t>
      </w:r>
      <w:r>
        <w:rPr>
          <w:b/>
        </w:rPr>
        <w:t>[old approach]</w:t>
      </w:r>
      <w:r>
        <w:rPr>
          <w:b w:val="0"/>
        </w:rPr>
        <w:t xml:space="preserve"> to </w:t>
      </w:r>
      <w:r>
        <w:rPr>
          <w:b/>
        </w:rPr>
        <w:t>[new approach]</w:t>
      </w:r>
      <w:r>
        <w:rPr>
          <w:b w:val="0"/>
        </w:rPr>
        <w:t xml:space="preserve">, lifting </w:t>
      </w:r>
      <w:r>
        <w:rPr>
          <w:b/>
        </w:rPr>
        <w:t>[business result]</w:t>
      </w:r>
      <w:r>
        <w:rPr>
          <w:b w:val="0"/>
        </w:rPr>
        <w:t xml:space="preserve"> while cutting output by </w:t>
      </w:r>
      <w:r>
        <w:rPr>
          <w:b/>
        </w:rPr>
        <w:t>[amount]</w:t>
      </w:r>
      <w:r>
        <w:rPr>
          <w:b w:val="0"/>
        </w:rPr>
        <w:t>.</w:t>
      </w:r>
    </w:p>
    <w:p>
      <w:r>
        <w:rPr>
          <w:b w:val="0"/>
        </w:rPr>
        <w:t xml:space="preserve">- Built a thought leadership program with </w:t>
      </w:r>
      <w:r>
        <w:rPr>
          <w:b/>
        </w:rPr>
        <w:t>[executives]</w:t>
      </w:r>
      <w:r>
        <w:rPr>
          <w:b w:val="0"/>
        </w:rPr>
        <w:t xml:space="preserve">, placing </w:t>
      </w:r>
      <w:r>
        <w:rPr>
          <w:b/>
        </w:rPr>
        <w:t>[number]</w:t>
      </w:r>
      <w:r>
        <w:rPr>
          <w:b w:val="0"/>
        </w:rPr>
        <w:t xml:space="preserve"> bylines in </w:t>
      </w:r>
      <w:r>
        <w:rPr>
          <w:b/>
        </w:rPr>
        <w:t>[publication types]</w:t>
      </w:r>
      <w:r>
        <w:rPr>
          <w:b w:val="0"/>
        </w:rPr>
        <w:t>.</w:t>
      </w:r>
    </w:p>
    <w:p>
      <w:r>
        <w:rPr>
          <w:b w:val="0"/>
        </w:rPr>
        <w:t xml:space="preserve">- Reported content performance to </w:t>
      </w:r>
      <w:r>
        <w:rPr>
          <w:b/>
        </w:rPr>
        <w:t>[audience]</w:t>
      </w:r>
      <w:r>
        <w:rPr>
          <w:b w:val="0"/>
        </w:rPr>
        <w:t xml:space="preserve"> each </w:t>
      </w:r>
      <w:r>
        <w:rPr>
          <w:b/>
        </w:rPr>
        <w:t>[period]</w:t>
      </w:r>
      <w:r>
        <w:rPr>
          <w:b w:val="0"/>
        </w:rPr>
        <w:t xml:space="preserve">, securing </w:t>
      </w:r>
      <w:r>
        <w:rPr>
          <w:b/>
        </w:rPr>
        <w:t>[budget or headcount]</w:t>
      </w:r>
      <w:r>
        <w:rPr>
          <w:b w:val="0"/>
        </w:rPr>
        <w:t xml:space="preserve"> for </w:t>
      </w:r>
      <w:r>
        <w:rPr>
          <w:b/>
        </w:rPr>
        <w:t>[program]</w:t>
      </w:r>
      <w:r>
        <w:rPr>
          <w:b w:val="0"/>
        </w:rPr>
        <w:t>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