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Content Marketing Manager: Job Description, Skills and How to Become One</w:t>
      </w:r>
    </w:p>
    <w:p>
      <w:r>
        <w:t>Templates from https://knowtheroom.ai/career-guides/content-marketing-manager/ · Replace everything in [brackets].</w:t>
      </w:r>
    </w:p>
    <w:p>
      <w:pPr>
        <w:pStyle w:val="Heading2"/>
      </w:pPr>
      <w:r>
        <w:t>Content marketing manager job description</w:t>
      </w:r>
    </w:p>
    <w:p>
      <w:r>
        <w:rPr>
          <w:b w:val="0"/>
        </w:rPr>
        <w:t>Job title: Content Marketing Manager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who buys it.]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Content Marketing Manager to run our content program across </w:t>
      </w:r>
      <w:r>
        <w:rPr>
          <w:b/>
        </w:rPr>
        <w:t>[blog / newsletter / guides / video / social]</w:t>
      </w:r>
      <w:r>
        <w:rPr>
          <w:b w:val="0"/>
        </w:rPr>
        <w:t xml:space="preserve">. You'll own the editorial calendar, manage </w:t>
      </w:r>
      <w:r>
        <w:rPr>
          <w:b/>
        </w:rPr>
        <w:t>[number]</w:t>
      </w:r>
      <w:r>
        <w:rPr>
          <w:b w:val="0"/>
        </w:rPr>
        <w:t xml:space="preserve"> writers and freelancers, and grow </w:t>
      </w:r>
      <w:r>
        <w:rPr>
          <w:b/>
        </w:rPr>
        <w:t>[goal: e.g. organic signups / qualified pipeline / newsletter subscribers]</w:t>
      </w:r>
      <w:r>
        <w:rPr>
          <w:b w:val="0"/>
        </w:rPr>
        <w:t xml:space="preserve">. You'll report to </w:t>
      </w:r>
      <w:r>
        <w:rPr>
          <w:b/>
        </w:rPr>
        <w:t>[title]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Plan and run the editorial calendar against </w:t>
      </w:r>
      <w:r>
        <w:rPr>
          <w:b/>
        </w:rPr>
        <w:t>[goals and audiences]</w:t>
      </w:r>
      <w:r>
        <w:rPr>
          <w:b w:val="0"/>
        </w:rPr>
        <w:t>.</w:t>
      </w:r>
    </w:p>
    <w:p>
      <w:r>
        <w:rPr>
          <w:b w:val="0"/>
        </w:rPr>
        <w:t>- Write, brief and edit content that is accurate, useful and on brand.</w:t>
      </w:r>
    </w:p>
    <w:p>
      <w:r>
        <w:rPr>
          <w:b w:val="0"/>
        </w:rPr>
        <w:t xml:space="preserve">- Work with </w:t>
      </w:r>
      <w:r>
        <w:rPr>
          <w:b/>
        </w:rPr>
        <w:t>[product / sales / customers / subject experts]</w:t>
      </w:r>
      <w:r>
        <w:rPr>
          <w:b w:val="0"/>
        </w:rPr>
        <w:t xml:space="preserve"> to find original material.</w:t>
      </w:r>
    </w:p>
    <w:p>
      <w:r>
        <w:rPr>
          <w:b w:val="0"/>
        </w:rPr>
        <w:t xml:space="preserve">- Publish in </w:t>
      </w:r>
      <w:r>
        <w:rPr>
          <w:b/>
        </w:rPr>
        <w:t>[CMS]</w:t>
      </w:r>
      <w:r>
        <w:rPr>
          <w:b w:val="0"/>
        </w:rPr>
        <w:t xml:space="preserve"> and distribute through </w:t>
      </w:r>
      <w:r>
        <w:rPr>
          <w:b/>
        </w:rPr>
        <w:t>[email / social / paid / sales enablement]</w:t>
      </w:r>
      <w:r>
        <w:rPr>
          <w:b w:val="0"/>
        </w:rPr>
        <w:t>.</w:t>
      </w:r>
    </w:p>
    <w:p>
      <w:r>
        <w:rPr>
          <w:b w:val="0"/>
        </w:rPr>
        <w:t>- Refresh and improve existing content using search and performance data.</w:t>
      </w:r>
    </w:p>
    <w:p>
      <w:r>
        <w:rPr>
          <w:b w:val="0"/>
        </w:rPr>
        <w:t xml:space="preserve">- Report on </w:t>
      </w:r>
      <w:r>
        <w:rPr>
          <w:b/>
        </w:rPr>
        <w:t>[metrics]</w:t>
      </w:r>
      <w:r>
        <w:rPr>
          <w:b w:val="0"/>
        </w:rPr>
        <w:t xml:space="preserve"> monthly and recommend what to do more and less of.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content marketing, editorial or SEO roles.</w:t>
      </w:r>
    </w:p>
    <w:p>
      <w:r>
        <w:rPr>
          <w:b w:val="0"/>
        </w:rPr>
        <w:t>- A portfolio of published work, with results where you have them.</w:t>
      </w:r>
    </w:p>
    <w:p>
      <w:r>
        <w:rPr>
          <w:b w:val="0"/>
        </w:rPr>
        <w:t>- Strong editing skills and a clear point of view on quality.</w:t>
      </w:r>
    </w:p>
    <w:p>
      <w:r>
        <w:rPr>
          <w:b w:val="0"/>
        </w:rPr>
        <w:t xml:space="preserve">- Working knowledge of SEO and tools like </w:t>
      </w:r>
      <w:r>
        <w:rPr>
          <w:b/>
        </w:rPr>
        <w:t>[Google Search Console / Ahrefs / Semrush]</w:t>
      </w:r>
      <w:r>
        <w:rPr>
          <w:b w:val="0"/>
        </w:rPr>
        <w:t>.</w:t>
      </w:r>
    </w:p>
    <w:p>
      <w:r>
        <w:rPr>
          <w:b w:val="0"/>
        </w:rPr>
        <w:t xml:space="preserve">- Experience managing writers, freelancers or an agency </w:t>
      </w:r>
      <w:r>
        <w:rPr>
          <w:b/>
        </w:rPr>
        <w:t>[if relevant]</w:t>
      </w:r>
      <w:r>
        <w:rPr>
          <w:b w:val="0"/>
        </w:rPr>
        <w:t>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organic signups from content]</w:t>
      </w:r>
    </w:p>
    <w:p>
      <w:r>
        <w:rPr>
          <w:b w:val="0"/>
        </w:rPr>
        <w:t xml:space="preserve">- </w:t>
      </w:r>
      <w:r>
        <w:rPr>
          <w:b/>
        </w:rPr>
        <w:t>[Metric 2: e.g. content-influenced pipeline]</w:t>
      </w:r>
    </w:p>
    <w:p>
      <w:r>
        <w:rPr>
          <w:b w:val="0"/>
        </w:rPr>
        <w:t xml:space="preserve">- </w:t>
      </w:r>
      <w:r>
        <w:rPr>
          <w:b/>
        </w:rPr>
        <w:t>[Metric 3: e.g. newsletter subscribers and open rate]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Ran a </w:t>
      </w:r>
      <w:r>
        <w:rPr>
          <w:b/>
        </w:rPr>
        <w:t>[number]</w:t>
      </w:r>
      <w:r>
        <w:rPr>
          <w:b w:val="0"/>
        </w:rPr>
        <w:t xml:space="preserve">-piece content program on </w:t>
      </w:r>
      <w:r>
        <w:rPr>
          <w:b/>
        </w:rPr>
        <w:t>[topic area]</w:t>
      </w:r>
      <w:r>
        <w:rPr>
          <w:b w:val="0"/>
        </w:rPr>
        <w:t xml:space="preserve">, growing organic </w:t>
      </w:r>
      <w:r>
        <w:rPr>
          <w:b/>
        </w:rPr>
        <w:t>[signups / leads / sessions]</w:t>
      </w:r>
      <w:r>
        <w:rPr>
          <w:b w:val="0"/>
        </w:rPr>
        <w:t xml:space="preserve"> from [X] to [Y] in </w:t>
      </w:r>
      <w:r>
        <w:rPr>
          <w:b/>
        </w:rPr>
        <w:t>[timeframe]</w:t>
      </w:r>
      <w:r>
        <w:rPr>
          <w:b w:val="0"/>
        </w:rPr>
        <w:t xml:space="preserve">; </w:t>
      </w:r>
      <w:r>
        <w:rPr>
          <w:b/>
        </w:rPr>
        <w:t>[one piece]</w:t>
      </w:r>
      <w:r>
        <w:rPr>
          <w:b w:val="0"/>
        </w:rPr>
        <w:t xml:space="preserve"> became the site's top </w:t>
      </w:r>
      <w:r>
        <w:rPr>
          <w:b/>
        </w:rPr>
        <w:t>[signup / lead]</w:t>
      </w:r>
      <w:r>
        <w:rPr>
          <w:b w:val="0"/>
        </w:rPr>
        <w:t xml:space="preserve"> source.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