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Creator Resume: How to Turn Your Channel Into a Job</w:t>
      </w:r>
    </w:p>
    <w:p>
      <w:r>
        <w:t>Templates from https://knowtheroom.ai/career-guides/content-creator-resume/ · Replace everything in [brackets].</w:t>
      </w:r>
    </w:p>
    <w:p>
      <w:pPr>
        <w:pStyle w:val="Heading2"/>
      </w:pPr>
      <w:r>
        <w:t>Content creator resume example</w:t>
      </w:r>
    </w:p>
    <w:p>
      <w:r>
        <w:rPr>
          <w:b/>
        </w:rPr>
        <w:t>[YOUR NAME]</w:t>
      </w:r>
    </w:p>
    <w:p>
      <w:r>
        <w:rPr>
          <w:b/>
        </w:rPr>
        <w:t>[City]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Portfolio: </w:t>
      </w:r>
      <w:r>
        <w:rPr>
          <w:b/>
        </w:rPr>
        <w:t>[link]</w:t>
      </w:r>
      <w:r>
        <w:rPr>
          <w:b w:val="0"/>
        </w:rPr>
        <w:t xml:space="preserve"> · </w:t>
      </w:r>
      <w:r>
        <w:rPr>
          <w:b/>
        </w:rPr>
        <w:t>[@handle and platform]</w:t>
      </w:r>
    </w:p>
    <w:p/>
    <w:p>
      <w:r>
        <w:rPr>
          <w:b w:val="0"/>
        </w:rPr>
        <w:t>SUMMARY</w:t>
      </w:r>
    </w:p>
    <w:p>
      <w:r>
        <w:rPr>
          <w:b w:val="0"/>
        </w:rPr>
        <w:t xml:space="preserve">Content creator making </w:t>
      </w:r>
      <w:r>
        <w:rPr>
          <w:b/>
        </w:rPr>
        <w:t>[formats, e.g. short-form video and photo carousels]</w:t>
      </w:r>
      <w:r>
        <w:rPr>
          <w:b w:val="0"/>
        </w:rPr>
        <w:t xml:space="preserve"> for </w:t>
      </w:r>
      <w:r>
        <w:rPr>
          <w:b/>
        </w:rPr>
        <w:t>[audience or category]</w:t>
      </w:r>
      <w:r>
        <w:rPr>
          <w:b w:val="0"/>
        </w:rPr>
        <w:t xml:space="preserve">. [One result, e.g. grew a </w:t>
      </w:r>
      <w:r>
        <w:rPr>
          <w:b/>
        </w:rPr>
        <w:t>[topic]</w:t>
      </w:r>
      <w:r>
        <w:rPr>
          <w:b w:val="0"/>
        </w:rPr>
        <w:t xml:space="preserve"> channel to </w:t>
      </w:r>
      <w:r>
        <w:rPr>
          <w:b/>
        </w:rPr>
        <w:t>[audience size]</w:t>
      </w:r>
      <w:r>
        <w:rPr>
          <w:b w:val="0"/>
        </w:rPr>
        <w:t xml:space="preserve"> / delivered </w:t>
      </w:r>
      <w:r>
        <w:rPr>
          <w:b/>
        </w:rPr>
        <w:t>[number]</w:t>
      </w:r>
      <w:r>
        <w:rPr>
          <w:b w:val="0"/>
        </w:rPr>
        <w:t xml:space="preserve"> videos for </w:t>
      </w:r>
      <w:r>
        <w:rPr>
          <w:b/>
        </w:rPr>
        <w:t>[number]</w:t>
      </w:r>
      <w:r>
        <w:rPr>
          <w:b w:val="0"/>
        </w:rPr>
        <w:t xml:space="preserve"> brands]. Comfortable working to brand briefs, approval rounds and fast turnarounds.</w:t>
      </w:r>
    </w:p>
    <w:p/>
    <w:p>
      <w:r>
        <w:rPr>
          <w:b w:val="0"/>
        </w:rPr>
        <w:t>EXPERIENCE</w:t>
      </w:r>
    </w:p>
    <w:p>
      <w:r>
        <w:rPr>
          <w:b w:val="0"/>
        </w:rPr>
        <w:t xml:space="preserve">Creator, </w:t>
      </w:r>
      <w:r>
        <w:rPr>
          <w:b/>
        </w:rPr>
        <w:t>[@handle]</w:t>
      </w:r>
      <w:r>
        <w:rPr>
          <w:b w:val="0"/>
        </w:rPr>
        <w:t xml:space="preserve"> (</w:t>
      </w:r>
      <w:r>
        <w:rPr>
          <w:b/>
        </w:rPr>
        <w:t>[platforms]</w:t>
      </w:r>
      <w:r>
        <w:rPr>
          <w:b w:val="0"/>
        </w:rPr>
        <w:t xml:space="preserve">), </w:t>
      </w:r>
      <w:r>
        <w:rPr>
          <w:b/>
        </w:rPr>
        <w:t>[dates]</w:t>
      </w:r>
    </w:p>
    <w:p>
      <w:r>
        <w:rPr>
          <w:b w:val="0"/>
        </w:rPr>
        <w:t xml:space="preserve">- </w:t>
      </w:r>
      <w:r>
        <w:rPr>
          <w:b/>
        </w:rPr>
        <w:t>[Output and growth bullet]</w:t>
      </w:r>
    </w:p>
    <w:p>
      <w:r>
        <w:rPr>
          <w:b w:val="0"/>
        </w:rPr>
        <w:t xml:space="preserve">- </w:t>
      </w:r>
      <w:r>
        <w:rPr>
          <w:b/>
        </w:rPr>
        <w:t>[Best-performing series or format, and why it worked]</w:t>
      </w:r>
    </w:p>
    <w:p>
      <w:r>
        <w:rPr>
          <w:b w:val="0"/>
        </w:rPr>
        <w:t xml:space="preserve">- </w:t>
      </w:r>
      <w:r>
        <w:rPr>
          <w:b/>
        </w:rPr>
        <w:t>[Brand partnerships delivered to brief]</w:t>
      </w:r>
    </w:p>
    <w:p/>
    <w:p>
      <w:r>
        <w:rPr>
          <w:b w:val="0"/>
        </w:rPr>
        <w:t xml:space="preserve">UGC creator, freelance, </w:t>
      </w:r>
      <w:r>
        <w:rPr>
          <w:b/>
        </w:rPr>
        <w:t>[dates]</w:t>
      </w:r>
    </w:p>
    <w:p>
      <w:r>
        <w:rPr>
          <w:b w:val="0"/>
        </w:rPr>
        <w:t xml:space="preserve">- </w:t>
      </w:r>
      <w:r>
        <w:rPr>
          <w:b/>
        </w:rPr>
        <w:t>[Videos produced, categories, turnaround]</w:t>
      </w:r>
    </w:p>
    <w:p>
      <w:r>
        <w:rPr>
          <w:b w:val="0"/>
        </w:rPr>
        <w:t xml:space="preserve">- </w:t>
      </w:r>
      <w:r>
        <w:rPr>
          <w:b/>
        </w:rPr>
        <w:t>[A result a brand shared]</w:t>
      </w:r>
    </w:p>
    <w:p/>
    <w:p>
      <w:r>
        <w:rPr>
          <w:b/>
        </w:rPr>
        <w:t>[Any other job]</w:t>
      </w:r>
      <w:r>
        <w:rPr>
          <w:b w:val="0"/>
        </w:rPr>
        <w:t xml:space="preserve">,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[dates]</w:t>
      </w:r>
    </w:p>
    <w:p>
      <w:r>
        <w:rPr>
          <w:b w:val="0"/>
        </w:rPr>
        <w:t xml:space="preserve">- </w:t>
      </w:r>
      <w:r>
        <w:rPr>
          <w:b/>
        </w:rPr>
        <w:t>[A bullet that shows reliability, customers or communication]</w:t>
      </w:r>
    </w:p>
    <w:p/>
    <w:p>
      <w:r>
        <w:rPr>
          <w:b w:val="0"/>
        </w:rPr>
        <w:t>SKILLS</w:t>
      </w:r>
    </w:p>
    <w:p>
      <w:r>
        <w:rPr>
          <w:b w:val="0"/>
        </w:rPr>
        <w:t xml:space="preserve">Formats: </w:t>
      </w:r>
      <w:r>
        <w:rPr>
          <w:b/>
        </w:rPr>
        <w:t>[short-form video, photography, scripting, long-form]</w:t>
      </w:r>
    </w:p>
    <w:p>
      <w:r>
        <w:rPr>
          <w:b w:val="0"/>
        </w:rPr>
        <w:t xml:space="preserve">Tools: </w:t>
      </w:r>
      <w:r>
        <w:rPr>
          <w:b/>
        </w:rPr>
        <w:t>[editing, design and scheduling tools you actually use]</w:t>
      </w:r>
    </w:p>
    <w:p>
      <w:r>
        <w:rPr>
          <w:b w:val="0"/>
        </w:rPr>
        <w:t xml:space="preserve">Platforms: </w:t>
      </w:r>
      <w:r>
        <w:rPr>
          <w:b/>
        </w:rPr>
        <w:t>[where your work has performed]</w:t>
      </w:r>
    </w:p>
    <w:p/>
    <w:p>
      <w:r>
        <w:rPr>
          <w:b w:val="0"/>
        </w:rPr>
        <w:t>EDUCATION</w:t>
      </w:r>
    </w:p>
    <w:p>
      <w:r>
        <w:rPr>
          <w:b/>
        </w:rPr>
        <w:t>[Degree or courses, if relevant]</w:t>
      </w:r>
    </w:p>
    <w:p>
      <w:pPr>
        <w:pStyle w:val="Heading2"/>
      </w:pPr>
      <w:r>
        <w:t>How do you list your own channel on a resume?</w:t>
      </w:r>
    </w:p>
    <w:p>
      <w:r>
        <w:rPr>
          <w:b w:val="0"/>
        </w:rPr>
        <w:t xml:space="preserve">Creator, </w:t>
      </w:r>
      <w:r>
        <w:rPr>
          <w:b/>
        </w:rPr>
        <w:t>[channel name or @handle]</w:t>
      </w:r>
      <w:r>
        <w:rPr>
          <w:b w:val="0"/>
        </w:rPr>
        <w:t xml:space="preserve"> (</w:t>
      </w:r>
      <w:r>
        <w:rPr>
          <w:b/>
        </w:rPr>
        <w:t>[platforms]</w:t>
      </w:r>
      <w:r>
        <w:rPr>
          <w:b w:val="0"/>
        </w:rPr>
        <w:t xml:space="preserve">), </w:t>
      </w:r>
      <w:r>
        <w:rPr>
          <w:b/>
        </w:rPr>
        <w:t>[start date]</w:t>
      </w:r>
      <w:r>
        <w:rPr>
          <w:b w:val="0"/>
        </w:rPr>
        <w:t xml:space="preserve"> to present</w:t>
      </w:r>
    </w:p>
    <w:p>
      <w:r>
        <w:rPr>
          <w:b w:val="0"/>
        </w:rPr>
        <w:t xml:space="preserve">- Write, film and edit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[format]</w:t>
      </w:r>
      <w:r>
        <w:rPr>
          <w:b w:val="0"/>
        </w:rPr>
        <w:t xml:space="preserve"> a week on </w:t>
      </w:r>
      <w:r>
        <w:rPr>
          <w:b/>
        </w:rPr>
        <w:t>[topic]</w:t>
      </w:r>
      <w:r>
        <w:rPr>
          <w:b w:val="0"/>
        </w:rPr>
        <w:t xml:space="preserve">, growing the audience from [X] to 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Built </w:t>
      </w:r>
      <w:r>
        <w:rPr>
          <w:b/>
        </w:rPr>
        <w:t>[series or format]</w:t>
      </w:r>
      <w:r>
        <w:rPr>
          <w:b w:val="0"/>
        </w:rPr>
        <w:t xml:space="preserve"> that became the channel's </w:t>
      </w:r>
      <w:r>
        <w:rPr>
          <w:b/>
        </w:rPr>
        <w:t>[best performer / main source of new followers]</w:t>
      </w:r>
      <w:r>
        <w:rPr>
          <w:b w:val="0"/>
        </w:rPr>
        <w:t>.</w:t>
      </w:r>
    </w:p>
    <w:p>
      <w:r>
        <w:rPr>
          <w:b w:val="0"/>
        </w:rPr>
        <w:t xml:space="preserve">- Partnered with </w:t>
      </w:r>
      <w:r>
        <w:rPr>
          <w:b/>
        </w:rPr>
        <w:t>[number]</w:t>
      </w:r>
      <w:r>
        <w:rPr>
          <w:b w:val="0"/>
        </w:rPr>
        <w:t xml:space="preserve"> brands on paid content, delivering </w:t>
      </w:r>
      <w:r>
        <w:rPr>
          <w:b/>
        </w:rPr>
        <w:t>[deliverables]</w:t>
      </w:r>
      <w:r>
        <w:rPr>
          <w:b w:val="0"/>
        </w:rPr>
        <w:t xml:space="preserve"> to their briefs and approval rounds.</w:t>
      </w:r>
    </w:p>
    <w:p>
      <w:pPr>
        <w:pStyle w:val="Heading2"/>
      </w:pPr>
      <w:r>
        <w:t>How do you write a content creator resume for UGC work?</w:t>
      </w:r>
    </w:p>
    <w:p>
      <w:r>
        <w:rPr>
          <w:b w:val="0"/>
        </w:rPr>
        <w:t xml:space="preserve">UGC creator, freelance, </w:t>
      </w:r>
      <w:r>
        <w:rPr>
          <w:b/>
        </w:rPr>
        <w:t>[dates]</w:t>
      </w:r>
    </w:p>
    <w:p>
      <w:r>
        <w:rPr>
          <w:b w:val="0"/>
        </w:rPr>
        <w:t xml:space="preserve">- Produced </w:t>
      </w:r>
      <w:r>
        <w:rPr>
          <w:b/>
        </w:rPr>
        <w:t>[number]</w:t>
      </w:r>
      <w:r>
        <w:rPr>
          <w:b w:val="0"/>
        </w:rPr>
        <w:t xml:space="preserve"> videos for </w:t>
      </w:r>
      <w:r>
        <w:rPr>
          <w:b/>
        </w:rPr>
        <w:t>[number]</w:t>
      </w:r>
      <w:r>
        <w:rPr>
          <w:b w:val="0"/>
        </w:rPr>
        <w:t xml:space="preserve"> brands in </w:t>
      </w:r>
      <w:r>
        <w:rPr>
          <w:b/>
        </w:rPr>
        <w:t>[categories: skincare, apps, food]</w:t>
      </w:r>
      <w:r>
        <w:rPr>
          <w:b w:val="0"/>
        </w:rPr>
        <w:t>, from script and hooks to final edit.</w:t>
      </w:r>
    </w:p>
    <w:p>
      <w:r>
        <w:rPr>
          <w:b w:val="0"/>
        </w:rPr>
        <w:t xml:space="preserve">- Delivered </w:t>
      </w:r>
      <w:r>
        <w:rPr>
          <w:b/>
        </w:rPr>
        <w:t>[number]</w:t>
      </w:r>
      <w:r>
        <w:rPr>
          <w:b w:val="0"/>
        </w:rPr>
        <w:t xml:space="preserve"> hook variations per video for paid testing, with </w:t>
      </w:r>
      <w:r>
        <w:rPr>
          <w:b/>
        </w:rPr>
        <w:t>[result the brand shared: the ad they kept running, a test winner]</w:t>
      </w:r>
      <w:r>
        <w:rPr>
          <w:b w:val="0"/>
        </w:rPr>
        <w:t>.</w:t>
      </w:r>
    </w:p>
    <w:p>
      <w:r>
        <w:rPr>
          <w:b w:val="0"/>
        </w:rPr>
        <w:t xml:space="preserve">- Met </w:t>
      </w:r>
      <w:r>
        <w:rPr>
          <w:b/>
        </w:rPr>
        <w:t>[turnaround time]</w:t>
      </w:r>
      <w:r>
        <w:rPr>
          <w:b w:val="0"/>
        </w:rPr>
        <w:t xml:space="preserve"> from product arrival to delivery across </w:t>
      </w:r>
      <w:r>
        <w:rPr>
          <w:b/>
        </w:rPr>
        <w:t>[number]</w:t>
      </w:r>
      <w:r>
        <w:rPr>
          <w:b w:val="0"/>
        </w:rPr>
        <w:t xml:space="preserve"> projects.</w:t>
      </w:r>
    </w:p>
    <w:p>
      <w:pPr>
        <w:pStyle w:val="Heading2"/>
      </w:pPr>
      <w:r>
        <w:t>How do you write a content creator resume summary?</w:t>
      </w:r>
    </w:p>
    <w:p>
      <w:r>
        <w:rPr>
          <w:b w:val="0"/>
        </w:rPr>
        <w:t xml:space="preserve">Content creator specializing in </w:t>
      </w:r>
      <w:r>
        <w:rPr>
          <w:b/>
        </w:rPr>
        <w:t>[format: short-form video, lifestyle photography, explainer videos]</w:t>
      </w:r>
      <w:r>
        <w:rPr>
          <w:b w:val="0"/>
        </w:rPr>
        <w:t xml:space="preserve"> for </w:t>
      </w:r>
      <w:r>
        <w:rPr>
          <w:b/>
        </w:rPr>
        <w:t>[platforms]</w:t>
      </w:r>
      <w:r>
        <w:rPr>
          <w:b w:val="0"/>
        </w:rPr>
        <w:t xml:space="preserve">. Made content for </w:t>
      </w:r>
      <w:r>
        <w:rPr>
          <w:b/>
        </w:rPr>
        <w:t>[number]</w:t>
      </w:r>
      <w:r>
        <w:rPr>
          <w:b w:val="0"/>
        </w:rPr>
        <w:t xml:space="preserve"> brands in </w:t>
      </w:r>
      <w:r>
        <w:rPr>
          <w:b/>
        </w:rPr>
        <w:t>[categories]</w:t>
      </w:r>
      <w:r>
        <w:rPr>
          <w:b w:val="0"/>
        </w:rPr>
        <w:t xml:space="preserve"> and grew a </w:t>
      </w:r>
      <w:r>
        <w:rPr>
          <w:b/>
        </w:rPr>
        <w:t>[topic]</w:t>
      </w:r>
      <w:r>
        <w:rPr>
          <w:b w:val="0"/>
        </w:rPr>
        <w:t xml:space="preserve"> channel to </w:t>
      </w:r>
      <w:r>
        <w:rPr>
          <w:b/>
        </w:rPr>
        <w:t>[audience size]</w:t>
      </w:r>
      <w:r>
        <w:rPr>
          <w:b w:val="0"/>
        </w:rPr>
        <w:t xml:space="preserve">. Strongest at </w:t>
      </w:r>
      <w:r>
        <w:rPr>
          <w:b/>
        </w:rPr>
        <w:t>[skill: hooks, editing for retention, on-camera presenting]</w:t>
      </w:r>
      <w:r>
        <w:rPr>
          <w:b w:val="0"/>
        </w:rPr>
        <w:t>.</w:t>
      </w:r>
    </w:p>
    <w:p>
      <w:pPr>
        <w:pStyle w:val="Heading2"/>
      </w:pPr>
      <w:r>
        <w:t>How do you write a content creator resume summary?</w:t>
      </w:r>
    </w:p>
    <w:p>
      <w:r>
        <w:rPr>
          <w:b w:val="0"/>
        </w:rPr>
        <w:t xml:space="preserve">Video creator moving in-house. </w:t>
      </w:r>
      <w:r>
        <w:rPr>
          <w:b/>
        </w:rPr>
        <w:t>[Number]</w:t>
      </w:r>
      <w:r>
        <w:rPr>
          <w:b w:val="0"/>
        </w:rPr>
        <w:t xml:space="preserve"> years making </w:t>
      </w:r>
      <w:r>
        <w:rPr>
          <w:b/>
        </w:rPr>
        <w:t>[format]</w:t>
      </w:r>
      <w:r>
        <w:rPr>
          <w:b w:val="0"/>
        </w:rPr>
        <w:t xml:space="preserve"> for brands and a personal </w:t>
      </w:r>
      <w:r>
        <w:rPr>
          <w:b/>
        </w:rPr>
        <w:t>[platform]</w:t>
      </w:r>
      <w:r>
        <w:rPr>
          <w:b w:val="0"/>
        </w:rPr>
        <w:t xml:space="preserve"> channel, with </w:t>
      </w:r>
      <w:r>
        <w:rPr>
          <w:b/>
        </w:rPr>
        <w:t>[result]</w:t>
      </w:r>
      <w:r>
        <w:rPr>
          <w:b w:val="0"/>
        </w:rPr>
        <w:t>. Comfortable working to brand guidelines, legal review and tight turnarounds.</w:t>
      </w:r>
    </w:p>
    <w:p>
      <w:pPr>
        <w:pStyle w:val="Heading2"/>
      </w:pPr>
      <w:r>
        <w:t>In-house brand roles</w:t>
      </w:r>
    </w:p>
    <w:p>
      <w:r>
        <w:rPr>
          <w:b w:val="0"/>
        </w:rPr>
        <w:t xml:space="preserve">- Planned and produced </w:t>
      </w:r>
      <w:r>
        <w:rPr>
          <w:b/>
        </w:rPr>
        <w:t>[number]</w:t>
      </w:r>
      <w:r>
        <w:rPr>
          <w:b w:val="0"/>
        </w:rPr>
        <w:t xml:space="preserve"> short-form videos a month for </w:t>
      </w:r>
      <w:r>
        <w:rPr>
          <w:b/>
        </w:rPr>
        <w:t>[brand]</w:t>
      </w:r>
      <w:r>
        <w:rPr>
          <w:b w:val="0"/>
        </w:rPr>
        <w:t xml:space="preserve">'s </w:t>
      </w:r>
      <w:r>
        <w:rPr>
          <w:b/>
        </w:rPr>
        <w:t>[platforms]</w:t>
      </w:r>
      <w:r>
        <w:rPr>
          <w:b w:val="0"/>
        </w:rPr>
        <w:t>, working from the content calendar and brand guidelines.</w:t>
      </w:r>
    </w:p>
    <w:p>
      <w:r>
        <w:rPr>
          <w:b w:val="0"/>
        </w:rPr>
        <w:t xml:space="preserve">- Launched </w:t>
      </w:r>
      <w:r>
        <w:rPr>
          <w:b/>
        </w:rPr>
        <w:t>[series]</w:t>
      </w:r>
      <w:r>
        <w:rPr>
          <w:b w:val="0"/>
        </w:rPr>
        <w:t xml:space="preserve"> that became the account's </w:t>
      </w:r>
      <w:r>
        <w:rPr>
          <w:b/>
        </w:rPr>
        <w:t>[top format by views or saves]</w:t>
      </w:r>
      <w:r>
        <w:rPr>
          <w:b w:val="0"/>
        </w:rPr>
        <w:t xml:space="preserve"> within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Filmed </w:t>
      </w:r>
      <w:r>
        <w:rPr>
          <w:b/>
        </w:rPr>
        <w:t>[type of content: product demos, employee stories, event coverage]</w:t>
      </w:r>
      <w:r>
        <w:rPr>
          <w:b w:val="0"/>
        </w:rPr>
        <w:t xml:space="preserve"> and edited cutdowns for </w:t>
      </w:r>
      <w:r>
        <w:rPr>
          <w:b/>
        </w:rPr>
        <w:t>[paid / organic / email]</w:t>
      </w:r>
      <w:r>
        <w:rPr>
          <w:b w:val="0"/>
        </w:rPr>
        <w:t>.</w:t>
      </w:r>
    </w:p>
    <w:p>
      <w:r>
        <w:rPr>
          <w:b w:val="0"/>
        </w:rPr>
        <w:t xml:space="preserve">- Turned creative feedback from </w:t>
      </w:r>
      <w:r>
        <w:rPr>
          <w:b/>
        </w:rPr>
        <w:t>[legal, product, brand]</w:t>
      </w:r>
      <w:r>
        <w:rPr>
          <w:b w:val="0"/>
        </w:rPr>
        <w:t xml:space="preserve"> into final edits within </w:t>
      </w:r>
      <w:r>
        <w:rPr>
          <w:b/>
        </w:rPr>
        <w:t>[turnaround]</w:t>
      </w:r>
      <w:r>
        <w:rPr>
          <w:b w:val="0"/>
        </w:rPr>
        <w:t>.</w:t>
      </w:r>
    </w:p>
    <w:p>
      <w:pPr>
        <w:pStyle w:val="Heading2"/>
      </w:pPr>
      <w:r>
        <w:t>Agency roles</w:t>
      </w:r>
    </w:p>
    <w:p>
      <w:r>
        <w:rPr>
          <w:b w:val="0"/>
        </w:rPr>
        <w:t xml:space="preserve">- Produced content for </w:t>
      </w:r>
      <w:r>
        <w:rPr>
          <w:b/>
        </w:rPr>
        <w:t>[number]</w:t>
      </w:r>
      <w:r>
        <w:rPr>
          <w:b w:val="0"/>
        </w:rPr>
        <w:t xml:space="preserve"> client accounts in </w:t>
      </w:r>
      <w:r>
        <w:rPr>
          <w:b/>
        </w:rPr>
        <w:t>[industries]</w:t>
      </w:r>
      <w:r>
        <w:rPr>
          <w:b w:val="0"/>
        </w:rPr>
        <w:t xml:space="preserve"> at a pace of </w:t>
      </w:r>
      <w:r>
        <w:rPr>
          <w:b/>
        </w:rPr>
        <w:t>[volume]</w:t>
      </w:r>
      <w:r>
        <w:rPr>
          <w:b w:val="0"/>
        </w:rPr>
        <w:t xml:space="preserve"> per week.</w:t>
      </w:r>
    </w:p>
    <w:p>
      <w:r>
        <w:rPr>
          <w:b w:val="0"/>
        </w:rPr>
        <w:t xml:space="preserve">- Pitched </w:t>
      </w:r>
      <w:r>
        <w:rPr>
          <w:b/>
        </w:rPr>
        <w:t>[number]</w:t>
      </w:r>
      <w:r>
        <w:rPr>
          <w:b w:val="0"/>
        </w:rPr>
        <w:t xml:space="preserve"> concepts in client reviews, </w:t>
      </w:r>
      <w:r>
        <w:rPr>
          <w:b/>
        </w:rPr>
        <w:t>[number]</w:t>
      </w:r>
      <w:r>
        <w:rPr>
          <w:b w:val="0"/>
        </w:rPr>
        <w:t xml:space="preserve"> of which were made.</w:t>
      </w:r>
    </w:p>
    <w:p>
      <w:r>
        <w:rPr>
          <w:b w:val="0"/>
        </w:rPr>
        <w:t xml:space="preserve">- Adapted one shoot into </w:t>
      </w:r>
      <w:r>
        <w:rPr>
          <w:b/>
        </w:rPr>
        <w:t>[number]</w:t>
      </w:r>
      <w:r>
        <w:rPr>
          <w:b w:val="0"/>
        </w:rPr>
        <w:t xml:space="preserve"> assets across </w:t>
      </w:r>
      <w:r>
        <w:rPr>
          <w:b/>
        </w:rPr>
        <w:t>[formats and placements]</w:t>
      </w:r>
      <w:r>
        <w:rPr>
          <w:b w:val="0"/>
        </w:rPr>
        <w:t xml:space="preserve"> for </w:t>
      </w:r>
      <w:r>
        <w:rPr>
          <w:b/>
        </w:rPr>
        <w:t>[client]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