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Community Manager Job Description: Templates by Type and Level</w:t>
      </w:r>
    </w:p>
    <w:p>
      <w:r>
        <w:t>Templates from https://knowtheroom.ai/career-guides/community-manager-job-description/ · Replace everything in [brackets].</w:t>
      </w:r>
    </w:p>
    <w:p>
      <w:pPr>
        <w:pStyle w:val="Heading2"/>
      </w:pPr>
      <w:r>
        <w:t>Brand community manager job description template</w:t>
      </w:r>
    </w:p>
    <w:p>
      <w:r>
        <w:rPr>
          <w:b w:val="0"/>
        </w:rPr>
        <w:t>Job title: Community Manager, Brand and Social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the brand sells, to whom, and what the community looks like today.]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You'll own the conversation around </w:t>
      </w:r>
      <w:r>
        <w:rPr>
          <w:b/>
        </w:rPr>
        <w:t>[brand]</w:t>
      </w:r>
      <w:r>
        <w:rPr>
          <w:b w:val="0"/>
        </w:rPr>
        <w:t xml:space="preserve"> on </w:t>
      </w:r>
      <w:r>
        <w:rPr>
          <w:b/>
        </w:rPr>
        <w:t>[Instagram, TikTok, YouTube comments, Discord, Reddit]</w:t>
      </w:r>
      <w:r>
        <w:rPr>
          <w:b w:val="0"/>
        </w:rPr>
        <w:t xml:space="preserve">. You'll report to </w:t>
      </w:r>
      <w:r>
        <w:rPr>
          <w:b/>
        </w:rPr>
        <w:t>[Social Media Manager / Head of Social]</w:t>
      </w:r>
      <w:r>
        <w:rPr>
          <w:b w:val="0"/>
        </w:rPr>
        <w:t xml:space="preserve"> and work closely with social, influencer marketing, customer care and PR. In your first six months you'll [one concrete goal: e.g. launch an ambassador program with </w:t>
      </w:r>
      <w:r>
        <w:rPr>
          <w:b/>
        </w:rPr>
        <w:t>[number]</w:t>
      </w:r>
      <w:r>
        <w:rPr>
          <w:b w:val="0"/>
        </w:rPr>
        <w:t xml:space="preserve"> members].</w:t>
      </w:r>
    </w:p>
    <w:p/>
    <w:p>
      <w:r>
        <w:rPr>
          <w:b w:val="0"/>
        </w:rPr>
        <w:t>What you'll do</w:t>
      </w:r>
    </w:p>
    <w:p>
      <w:r>
        <w:rPr>
          <w:b w:val="0"/>
        </w:rPr>
        <w:t>- Reply to comments, mentions and DMs in the brand voice, and know when to hand off to customer care.</w:t>
      </w:r>
    </w:p>
    <w:p>
      <w:r>
        <w:rPr>
          <w:b w:val="0"/>
        </w:rPr>
        <w:t>- Moderate brand spaces using our community guidelines and escalation process.</w:t>
      </w:r>
    </w:p>
    <w:p>
      <w:r>
        <w:rPr>
          <w:b w:val="0"/>
        </w:rPr>
        <w:t>- Find and support superfans, creators and ambassadors, and feature their content with permission.</w:t>
      </w:r>
    </w:p>
    <w:p>
      <w:r>
        <w:rPr>
          <w:b w:val="0"/>
        </w:rPr>
        <w:t>- Plan community moments: challenges, live sessions, launches, events.</w:t>
      </w:r>
    </w:p>
    <w:p>
      <w:r>
        <w:rPr>
          <w:b w:val="0"/>
        </w:rPr>
        <w:t xml:space="preserve">- Report what people are saying each </w:t>
      </w:r>
      <w:r>
        <w:rPr>
          <w:b/>
        </w:rPr>
        <w:t>[week / month]</w:t>
      </w:r>
      <w:r>
        <w:rPr>
          <w:b w:val="0"/>
        </w:rPr>
        <w:t>, with real quotes, to marketing and product.</w:t>
      </w:r>
    </w:p>
    <w:p>
      <w:r>
        <w:rPr>
          <w:b w:val="0"/>
        </w:rPr>
        <w:t>- Flag issues early to PR and leadership when a conversation starts to turn.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 xml:space="preserve">- </w:t>
      </w:r>
      <w:r>
        <w:rPr>
          <w:b/>
        </w:rPr>
        <w:t>[1-3 / 3-5]</w:t>
      </w:r>
      <w:r>
        <w:rPr>
          <w:b w:val="0"/>
        </w:rPr>
        <w:t xml:space="preserve"> years in social, community or customer-facing roles.</w:t>
      </w:r>
    </w:p>
    <w:p>
      <w:r>
        <w:rPr>
          <w:b w:val="0"/>
        </w:rPr>
        <w:t>- Writing that sounds like a person, in a brand voice.</w:t>
      </w:r>
    </w:p>
    <w:p>
      <w:r>
        <w:rPr>
          <w:b w:val="0"/>
        </w:rPr>
        <w:t>- Calm judgment in a heated thread.</w:t>
      </w:r>
    </w:p>
    <w:p>
      <w:r>
        <w:rPr>
          <w:b w:val="0"/>
        </w:rPr>
        <w:t xml:space="preserve">- Experience with </w:t>
      </w:r>
      <w:r>
        <w:rPr>
          <w:b/>
        </w:rPr>
        <w:t>[Sprout Social / Hootsuite / Later / Discord moderation tools]</w:t>
      </w:r>
      <w:r>
        <w:rPr>
          <w:b w:val="0"/>
        </w:rPr>
        <w:t>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[Response time on </w:t>
      </w:r>
      <w:r>
        <w:rPr>
          <w:b/>
        </w:rPr>
        <w:t>[channels]</w:t>
      </w:r>
      <w:r>
        <w:rPr>
          <w:b w:val="0"/>
        </w:rPr>
        <w:t>]</w:t>
      </w:r>
    </w:p>
    <w:p>
      <w:r>
        <w:rPr>
          <w:b w:val="0"/>
        </w:rPr>
        <w:t xml:space="preserve">- </w:t>
      </w:r>
      <w:r>
        <w:rPr>
          <w:b/>
        </w:rPr>
        <w:t>[Active ambassadors or member-generated posts per month]</w:t>
      </w:r>
    </w:p>
    <w:p>
      <w:r>
        <w:rPr>
          <w:b w:val="0"/>
        </w:rPr>
        <w:t xml:space="preserve">- </w:t>
      </w:r>
      <w:r>
        <w:rPr>
          <w:b/>
        </w:rPr>
        <w:t>[Sentiment or share of positive conversation]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 xml:space="preserve">. </w:t>
      </w:r>
      <w:r>
        <w:rPr>
          <w:b/>
        </w:rPr>
        <w:t>[Evening or weekend coverage, if any.]</w:t>
      </w:r>
    </w:p>
    <w:p>
      <w:pPr>
        <w:pStyle w:val="Heading2"/>
      </w:pPr>
      <w:r>
        <w:t>Product community manager job description template</w:t>
      </w:r>
    </w:p>
    <w:p>
      <w:r>
        <w:rPr>
          <w:b w:val="0"/>
        </w:rPr>
        <w:t xml:space="preserve">Job title: Community Manager, </w:t>
      </w:r>
      <w:r>
        <w:rPr>
          <w:b/>
        </w:rPr>
        <w:t>[Product / Developer / User]</w:t>
      </w:r>
      <w:r>
        <w:rPr>
          <w:b w:val="0"/>
        </w:rPr>
        <w:t xml:space="preserve"> Community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You'll grow and run </w:t>
      </w:r>
      <w:r>
        <w:rPr>
          <w:b/>
        </w:rPr>
        <w:t>[Company]</w:t>
      </w:r>
      <w:r>
        <w:rPr>
          <w:b w:val="0"/>
        </w:rPr>
        <w:t xml:space="preserve">'s community on </w:t>
      </w:r>
      <w:r>
        <w:rPr>
          <w:b/>
        </w:rPr>
        <w:t>[forum / Discord / Slack]</w:t>
      </w:r>
      <w:r>
        <w:rPr>
          <w:b w:val="0"/>
        </w:rPr>
        <w:t xml:space="preserve">, where </w:t>
      </w:r>
      <w:r>
        <w:rPr>
          <w:b/>
        </w:rPr>
        <w:t>[customers / developers / players]</w:t>
      </w:r>
      <w:r>
        <w:rPr>
          <w:b w:val="0"/>
        </w:rPr>
        <w:t xml:space="preserve"> ask questions, share what they've built and tell us what to build next. You'll report to </w:t>
      </w:r>
      <w:r>
        <w:rPr>
          <w:b/>
        </w:rPr>
        <w:t>[Head of Community / Customer Marketing / Developer Relations]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>- Run the community day to day: welcome new members, answer or route questions, keep threads on topic.</w:t>
      </w:r>
    </w:p>
    <w:p>
      <w:r>
        <w:rPr>
          <w:b w:val="0"/>
        </w:rPr>
        <w:t>- Recruit and support volunteer moderators and top contributors.</w:t>
      </w:r>
    </w:p>
    <w:p>
      <w:r>
        <w:rPr>
          <w:b w:val="0"/>
        </w:rPr>
        <w:t xml:space="preserve">- Turn common questions into </w:t>
      </w:r>
      <w:r>
        <w:rPr>
          <w:b/>
        </w:rPr>
        <w:t>[help articles / FAQs / office hours]</w:t>
      </w:r>
      <w:r>
        <w:rPr>
          <w:b w:val="0"/>
        </w:rPr>
        <w:t xml:space="preserve"> with support and documentation.</w:t>
      </w:r>
    </w:p>
    <w:p>
      <w:r>
        <w:rPr>
          <w:b w:val="0"/>
        </w:rPr>
        <w:t>- Bring feature requests and pain points to product, and close the loop when something ships.</w:t>
      </w:r>
    </w:p>
    <w:p>
      <w:r>
        <w:rPr>
          <w:b w:val="0"/>
        </w:rPr>
        <w:t xml:space="preserve">- Host </w:t>
      </w:r>
      <w:r>
        <w:rPr>
          <w:b/>
        </w:rPr>
        <w:t>[AMAs / office hours / meetups]</w:t>
      </w:r>
      <w:r>
        <w:rPr>
          <w:b w:val="0"/>
        </w:rPr>
        <w:t xml:space="preserve"> with the product team.</w:t>
      </w:r>
    </w:p>
    <w:p>
      <w:r>
        <w:rPr>
          <w:b w:val="0"/>
        </w:rPr>
        <w:t>- Track health: active members, questions answered by members, time to first reply.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Experience running or moderating an online community, ideally around a product.</w:t>
      </w:r>
    </w:p>
    <w:p>
      <w:r>
        <w:rPr>
          <w:b w:val="0"/>
        </w:rPr>
        <w:t>- Enough product knowledge to answer common questions and know when you can't.</w:t>
      </w:r>
    </w:p>
    <w:p>
      <w:r>
        <w:rPr>
          <w:b w:val="0"/>
        </w:rPr>
        <w:t>- Comfort working with product managers and engineers.</w:t>
      </w:r>
    </w:p>
    <w:p>
      <w:r>
        <w:rPr>
          <w:b w:val="0"/>
        </w:rPr>
        <w:t>- Clear reporting with numbers and member quotes.</w:t>
      </w:r>
    </w:p>
    <w:p>
      <w:pPr>
        <w:pStyle w:val="Heading2"/>
      </w:pPr>
      <w:r>
        <w:t>Senior community manager job description template</w:t>
      </w:r>
    </w:p>
    <w:p>
      <w:r>
        <w:rPr>
          <w:b w:val="0"/>
        </w:rPr>
        <w:t>What you'll do (senior)</w:t>
      </w:r>
    </w:p>
    <w:p>
      <w:r>
        <w:rPr>
          <w:b w:val="0"/>
        </w:rPr>
        <w:t xml:space="preserve">- Set the community strategy and yearly goals with </w:t>
      </w:r>
      <w:r>
        <w:rPr>
          <w:b/>
        </w:rPr>
        <w:t>[marketing / product]</w:t>
      </w:r>
      <w:r>
        <w:rPr>
          <w:b w:val="0"/>
        </w:rPr>
        <w:t xml:space="preserve"> leadership.</w:t>
      </w:r>
    </w:p>
    <w:p>
      <w:r>
        <w:rPr>
          <w:b w:val="0"/>
        </w:rPr>
        <w:t>- Own the community budget, platforms and tools.</w:t>
      </w:r>
    </w:p>
    <w:p>
      <w:r>
        <w:rPr>
          <w:b w:val="0"/>
        </w:rPr>
        <w:t xml:space="preserve">- Build and manage a team of </w:t>
      </w:r>
      <w:r>
        <w:rPr>
          <w:b/>
        </w:rPr>
        <w:t>[community coordinators / moderators / an agency]</w:t>
      </w:r>
      <w:r>
        <w:rPr>
          <w:b w:val="0"/>
        </w:rPr>
        <w:t>.</w:t>
      </w:r>
    </w:p>
    <w:p>
      <w:r>
        <w:rPr>
          <w:b w:val="0"/>
        </w:rPr>
        <w:t xml:space="preserve">- Design programs that connect the community to business goals: </w:t>
      </w:r>
      <w:r>
        <w:rPr>
          <w:b/>
        </w:rPr>
        <w:t>[retention, product adoption, referrals, launches]</w:t>
      </w:r>
      <w:r>
        <w:rPr>
          <w:b w:val="0"/>
        </w:rPr>
        <w:t>.</w:t>
      </w:r>
    </w:p>
    <w:p>
      <w:r>
        <w:rPr>
          <w:b w:val="0"/>
        </w:rPr>
        <w:t>- Present community results and insights to leadership each quarter.</w:t>
      </w:r>
    </w:p>
    <w:p/>
    <w:p>
      <w:r>
        <w:rPr>
          <w:b w:val="0"/>
        </w:rPr>
        <w:t>What you'll bring (senior)</w:t>
      </w:r>
    </w:p>
    <w:p>
      <w:r>
        <w:rPr>
          <w:b w:val="0"/>
        </w:rPr>
        <w:t xml:space="preserve">- </w:t>
      </w:r>
      <w:r>
        <w:rPr>
          <w:b/>
        </w:rPr>
        <w:t>[5+]</w:t>
      </w:r>
      <w:r>
        <w:rPr>
          <w:b w:val="0"/>
        </w:rPr>
        <w:t xml:space="preserve"> years in community, with at least one community you grew or relaunched.</w:t>
      </w:r>
    </w:p>
    <w:p>
      <w:r>
        <w:rPr>
          <w:b w:val="0"/>
        </w:rPr>
        <w:t>- Experience managing people or a moderator program.</w:t>
      </w:r>
    </w:p>
    <w:p>
      <w:r>
        <w:rPr>
          <w:b w:val="0"/>
        </w:rPr>
        <w:t>- A record of tying community work to business results.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