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Communications Manager: Job Description, Skills and Career Path</w:t>
      </w:r>
    </w:p>
    <w:p>
      <w:r>
        <w:t>Templates from https://knowtheroom.ai/career-guides/communications-manager/ · Replace everything in [brackets].</w:t>
      </w:r>
    </w:p>
    <w:p>
      <w:pPr>
        <w:pStyle w:val="Heading2"/>
      </w:pPr>
      <w:r>
        <w:t>Communications manager job description</w:t>
      </w:r>
    </w:p>
    <w:p>
      <w:r>
        <w:rPr>
          <w:b w:val="0"/>
        </w:rPr>
        <w:t xml:space="preserve">Job title: Communications Manager </w:t>
      </w:r>
      <w:r>
        <w:rPr>
          <w:b/>
        </w:rPr>
        <w:t>[or Marketing Communications Manager]</w:t>
      </w:r>
    </w:p>
    <w:p/>
    <w:p>
      <w:r>
        <w:rPr>
          <w:b w:val="0"/>
        </w:rPr>
        <w:t xml:space="preserve">About </w:t>
      </w:r>
      <w:r>
        <w:rPr>
          <w:b/>
        </w:rPr>
        <w:t>[Organization]</w:t>
      </w:r>
    </w:p>
    <w:p>
      <w:r>
        <w:rPr>
          <w:b/>
        </w:rPr>
        <w:t>[Two sentences: what you do and who you need to reach.]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Communications Manager to plan and write how </w:t>
      </w:r>
      <w:r>
        <w:rPr>
          <w:b/>
        </w:rPr>
        <w:t>[Organization]</w:t>
      </w:r>
      <w:r>
        <w:rPr>
          <w:b w:val="0"/>
        </w:rPr>
        <w:t xml:space="preserve"> talks to </w:t>
      </w:r>
      <w:r>
        <w:rPr>
          <w:b/>
        </w:rPr>
        <w:t>[audiences: media, employees, customers, members]</w:t>
      </w:r>
      <w:r>
        <w:rPr>
          <w:b w:val="0"/>
        </w:rPr>
        <w:t xml:space="preserve">. You'll own our communications calendar, write and edit across </w:t>
      </w:r>
      <w:r>
        <w:rPr>
          <w:b/>
        </w:rPr>
        <w:t>[channels]</w:t>
      </w:r>
      <w:r>
        <w:rPr>
          <w:b w:val="0"/>
        </w:rPr>
        <w:t xml:space="preserve">, and advise leaders on messaging. You'll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Plan and run communications for </w:t>
      </w:r>
      <w:r>
        <w:rPr>
          <w:b/>
        </w:rPr>
        <w:t>[launches, company news, events, change programs]</w:t>
      </w:r>
      <w:r>
        <w:rPr>
          <w:b w:val="0"/>
        </w:rPr>
        <w:t>.</w:t>
      </w:r>
    </w:p>
    <w:p>
      <w:r>
        <w:rPr>
          <w:b w:val="0"/>
        </w:rPr>
        <w:t xml:space="preserve">- Write and edit </w:t>
      </w:r>
      <w:r>
        <w:rPr>
          <w:b/>
        </w:rPr>
        <w:t>[press releases, newsletters, web copy, executive messages, sales materials]</w:t>
      </w:r>
      <w:r>
        <w:rPr>
          <w:b w:val="0"/>
        </w:rPr>
        <w:t>.</w:t>
      </w:r>
    </w:p>
    <w:p>
      <w:r>
        <w:rPr>
          <w:b w:val="0"/>
        </w:rPr>
        <w:t xml:space="preserve">- Keep messaging consistent across </w:t>
      </w:r>
      <w:r>
        <w:rPr>
          <w:b/>
        </w:rPr>
        <w:t>[teams and channels]</w:t>
      </w:r>
      <w:r>
        <w:rPr>
          <w:b w:val="0"/>
        </w:rPr>
        <w:t>.</w:t>
      </w:r>
    </w:p>
    <w:p>
      <w:r>
        <w:rPr>
          <w:b w:val="0"/>
        </w:rPr>
        <w:t xml:space="preserve">- Work with </w:t>
      </w:r>
      <w:r>
        <w:rPr>
          <w:b/>
        </w:rPr>
        <w:t>[PR agency / reporters / internal teams]</w:t>
      </w:r>
      <w:r>
        <w:rPr>
          <w:b w:val="0"/>
        </w:rPr>
        <w:t xml:space="preserve"> on announcements.</w:t>
      </w:r>
    </w:p>
    <w:p>
      <w:r>
        <w:rPr>
          <w:b w:val="0"/>
        </w:rPr>
        <w:t>- Support leaders with talking points, posts and remarks.</w:t>
      </w:r>
    </w:p>
    <w:p>
      <w:r>
        <w:rPr>
          <w:b w:val="0"/>
        </w:rPr>
        <w:t>- Measure what's working and improve it.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communications, PR, journalism or marketing.</w:t>
      </w:r>
    </w:p>
    <w:p>
      <w:r>
        <w:rPr>
          <w:b w:val="0"/>
        </w:rPr>
        <w:t>- Excellent writing and editing for different audiences.</w:t>
      </w:r>
    </w:p>
    <w:p>
      <w:r>
        <w:rPr>
          <w:b w:val="0"/>
        </w:rPr>
        <w:t xml:space="preserve">- Experience planning communications for </w:t>
      </w:r>
      <w:r>
        <w:rPr>
          <w:b/>
        </w:rPr>
        <w:t>[launches / change / events]</w:t>
      </w:r>
      <w:r>
        <w:rPr>
          <w:b w:val="0"/>
        </w:rPr>
        <w:t>.</w:t>
      </w:r>
    </w:p>
    <w:p>
      <w:r>
        <w:rPr>
          <w:b w:val="0"/>
        </w:rPr>
        <w:t>- Good judgment on sensitive topics.</w:t>
      </w:r>
    </w:p>
    <w:p>
      <w:r>
        <w:rPr>
          <w:b w:val="0"/>
        </w:rPr>
        <w:t xml:space="preserve">- </w:t>
      </w:r>
      <w:r>
        <w:rPr>
          <w:b/>
        </w:rPr>
        <w:t>[Tools: e.g. email platforms, CMS, media databases, intranet.]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read rate on employee updates]</w:t>
      </w:r>
    </w:p>
    <w:p>
      <w:r>
        <w:rPr>
          <w:b w:val="0"/>
        </w:rPr>
        <w:t xml:space="preserve">- </w:t>
      </w:r>
      <w:r>
        <w:rPr>
          <w:b/>
        </w:rPr>
        <w:t>[Metric 2: e.g. coverage or engagement for launches]</w:t>
      </w:r>
    </w:p>
    <w:p>
      <w:r>
        <w:rPr>
          <w:b w:val="0"/>
        </w:rPr>
        <w:t xml:space="preserve">- </w:t>
      </w:r>
      <w:r>
        <w:rPr>
          <w:b/>
        </w:rPr>
        <w:t>[Metric 3: e.g. consistent messaging across channels]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Planned and wrote communications for </w:t>
      </w:r>
      <w:r>
        <w:rPr>
          <w:b/>
        </w:rPr>
        <w:t>[launch / change]</w:t>
      </w:r>
      <w:r>
        <w:rPr>
          <w:b w:val="0"/>
        </w:rPr>
        <w:t xml:space="preserve"> across </w:t>
      </w:r>
      <w:r>
        <w:rPr>
          <w:b/>
        </w:rPr>
        <w:t>[audiences]</w:t>
      </w:r>
      <w:r>
        <w:rPr>
          <w:b w:val="0"/>
        </w:rPr>
        <w:t xml:space="preserve">, including </w:t>
      </w:r>
      <w:r>
        <w:rPr>
          <w:b/>
        </w:rPr>
        <w:t>[press release, employee update, customer email]</w:t>
      </w:r>
      <w:r>
        <w:rPr>
          <w:b w:val="0"/>
        </w:rPr>
        <w:t xml:space="preserve">; </w:t>
      </w:r>
      <w:r>
        <w:rPr>
          <w:b/>
        </w:rPr>
        <w:t>[result: coverage, read rate, adoption]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