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Communications Manager Resume: Summary, Bullet Examples and Skills</w:t>
      </w:r>
    </w:p>
    <w:p>
      <w:r>
        <w:t>Templates from https://knowtheroom.ai/career-guides/communications-manager-resume/ · Replace everything in [brackets].</w:t>
      </w:r>
    </w:p>
    <w:p>
      <w:pPr>
        <w:pStyle w:val="Heading2"/>
      </w:pPr>
      <w:r>
        <w:t>How do you write a communications manager resume summary?</w:t>
      </w:r>
    </w:p>
    <w:p>
      <w:r>
        <w:rPr>
          <w:b w:val="0"/>
        </w:rPr>
        <w:t xml:space="preserve">Communications manager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[internal / corporate / marketing]</w:t>
      </w:r>
      <w:r>
        <w:rPr>
          <w:b w:val="0"/>
        </w:rPr>
        <w:t xml:space="preserve"> communications at </w:t>
      </w:r>
      <w:r>
        <w:rPr>
          <w:b/>
        </w:rPr>
        <w:t>[type of organization: B2B tech, healthcare, nonprofit, consumer brands]</w:t>
      </w:r>
      <w:r>
        <w:rPr>
          <w:b w:val="0"/>
        </w:rPr>
        <w:t xml:space="preserve">. Advise </w:t>
      </w:r>
      <w:r>
        <w:rPr>
          <w:b/>
        </w:rPr>
        <w:t>[executive level]</w:t>
      </w:r>
      <w:r>
        <w:rPr>
          <w:b w:val="0"/>
        </w:rPr>
        <w:t xml:space="preserve"> on </w:t>
      </w:r>
      <w:r>
        <w:rPr>
          <w:b/>
        </w:rPr>
        <w:t>[announcements, change, reputation]</w:t>
      </w:r>
      <w:r>
        <w:rPr>
          <w:b w:val="0"/>
        </w:rPr>
        <w:t xml:space="preserve"> and write for </w:t>
      </w:r>
      <w:r>
        <w:rPr>
          <w:b/>
        </w:rPr>
        <w:t>[audiences]</w:t>
      </w:r>
      <w:r>
        <w:rPr>
          <w:b w:val="0"/>
        </w:rPr>
        <w:t xml:space="preserve">. Led communications for </w:t>
      </w:r>
      <w:r>
        <w:rPr>
          <w:b/>
        </w:rPr>
        <w:t>[moment: a reorganization, an acquisition, a product launch]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How do you write a communications manager resume summary?</w:t>
      </w:r>
    </w:p>
    <w:p>
      <w:r>
        <w:rPr>
          <w:b w:val="0"/>
        </w:rPr>
        <w:t xml:space="preserve">Internal communications manager for a </w:t>
      </w:r>
      <w:r>
        <w:rPr>
          <w:b/>
        </w:rPr>
        <w:t>[number]</w:t>
      </w:r>
      <w:r>
        <w:rPr>
          <w:b w:val="0"/>
        </w:rPr>
        <w:t xml:space="preserve">-person, </w:t>
      </w:r>
      <w:r>
        <w:rPr>
          <w:b/>
        </w:rPr>
        <w:t>[number]</w:t>
      </w:r>
      <w:r>
        <w:rPr>
          <w:b w:val="0"/>
        </w:rPr>
        <w:t xml:space="preserve">-country organization. Built the channel mix and editorial calendar, write for the CEO and leadership team, and led communications through </w:t>
      </w:r>
      <w:r>
        <w:rPr>
          <w:b/>
        </w:rPr>
        <w:t>[change]</w:t>
      </w:r>
      <w:r>
        <w:rPr>
          <w:b w:val="0"/>
        </w:rPr>
        <w:t xml:space="preserve"> with [result: survey understanding up from X% to Y%, manager briefings before every major announcement].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