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Communications Manager Job Description: Internal, Corporate and Marketing</w:t>
      </w:r>
    </w:p>
    <w:p>
      <w:r>
        <w:t>Templates from https://knowtheroom.ai/career-guides/communications-manager-job-description/ · Replace everything in [brackets].</w:t>
      </w:r>
    </w:p>
    <w:p>
      <w:pPr>
        <w:pStyle w:val="Heading2"/>
      </w:pPr>
      <w:r>
        <w:t>Internal communications manager job description template</w:t>
      </w:r>
    </w:p>
    <w:p>
      <w:r>
        <w:rPr>
          <w:b w:val="0"/>
        </w:rPr>
        <w:t>Job title: Internal Communications Manager</w:t>
      </w:r>
    </w:p>
    <w:p/>
    <w:p>
      <w:r>
        <w:rPr>
          <w:b w:val="0"/>
        </w:rPr>
        <w:t xml:space="preserve">About </w:t>
      </w:r>
      <w:r>
        <w:rPr>
          <w:b/>
        </w:rPr>
        <w:t>[Organization]</w:t>
      </w:r>
    </w:p>
    <w:p>
      <w:r>
        <w:rPr>
          <w:b/>
        </w:rPr>
        <w:t>[Two sentences: what you do, how many people work here and where, and what's changing.]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an Internal Communications Manager to keep </w:t>
      </w:r>
      <w:r>
        <w:rPr>
          <w:b/>
        </w:rPr>
        <w:t>[number]</w:t>
      </w:r>
      <w:r>
        <w:rPr>
          <w:b w:val="0"/>
        </w:rPr>
        <w:t xml:space="preserve"> employees informed, connected and clear on where </w:t>
      </w:r>
      <w:r>
        <w:rPr>
          <w:b/>
        </w:rPr>
        <w:t>[Organization]</w:t>
      </w:r>
      <w:r>
        <w:rPr>
          <w:b w:val="0"/>
        </w:rPr>
        <w:t xml:space="preserve"> is going. You'll own the internal channels and calendar, write for leaders and support major changes.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Plan and run the internal communications calendar across </w:t>
      </w:r>
      <w:r>
        <w:rPr>
          <w:b/>
        </w:rPr>
        <w:t>[intranet, email, Slack/Teams, town halls]</w:t>
      </w:r>
      <w:r>
        <w:rPr>
          <w:b w:val="0"/>
        </w:rPr>
        <w:t>.</w:t>
      </w:r>
    </w:p>
    <w:p>
      <w:r>
        <w:rPr>
          <w:b w:val="0"/>
        </w:rPr>
        <w:t>- Write and edit leadership messages, updates and talking points.</w:t>
      </w:r>
    </w:p>
    <w:p>
      <w:r>
        <w:rPr>
          <w:b w:val="0"/>
        </w:rPr>
        <w:t xml:space="preserve">- Support change programs: </w:t>
      </w:r>
      <w:r>
        <w:rPr>
          <w:b/>
        </w:rPr>
        <w:t>[reorganizations, new systems, policy changes, return to office]</w:t>
      </w:r>
      <w:r>
        <w:rPr>
          <w:b w:val="0"/>
        </w:rPr>
        <w:t>.</w:t>
      </w:r>
    </w:p>
    <w:p>
      <w:r>
        <w:rPr>
          <w:b w:val="0"/>
        </w:rPr>
        <w:t>- Help managers cascade news to their teams with briefing packs and FAQs.</w:t>
      </w:r>
    </w:p>
    <w:p>
      <w:r>
        <w:rPr>
          <w:b w:val="0"/>
        </w:rPr>
        <w:t>- Run or support all-hands and town hall meetings.</w:t>
      </w:r>
    </w:p>
    <w:p>
      <w:r>
        <w:rPr>
          <w:b w:val="0"/>
        </w:rPr>
        <w:t>- Measure reach and understanding, and improve channels based on feedback.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internal communications, corporate communications or a related field.</w:t>
      </w:r>
    </w:p>
    <w:p>
      <w:r>
        <w:rPr>
          <w:b w:val="0"/>
        </w:rPr>
        <w:t>- Excellent writing for a wide range of employees.</w:t>
      </w:r>
    </w:p>
    <w:p>
      <w:r>
        <w:rPr>
          <w:b w:val="0"/>
        </w:rPr>
        <w:t>- Experience communicating change and sensitive news.</w:t>
      </w:r>
    </w:p>
    <w:p>
      <w:r>
        <w:rPr>
          <w:b w:val="0"/>
        </w:rPr>
        <w:t>- Comfort advising senior leaders.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open and read rates on key updates]</w:t>
      </w:r>
    </w:p>
    <w:p>
      <w:r>
        <w:rPr>
          <w:b w:val="0"/>
        </w:rPr>
        <w:t xml:space="preserve">- </w:t>
      </w:r>
      <w:r>
        <w:rPr>
          <w:b/>
        </w:rPr>
        <w:t>[Metric 2: e.g. employee survey scores on understanding company direction]</w:t>
      </w:r>
    </w:p>
    <w:p>
      <w:r>
        <w:rPr>
          <w:b w:val="0"/>
        </w:rPr>
        <w:t xml:space="preserve">- </w:t>
      </w:r>
      <w:r>
        <w:rPr>
          <w:b/>
        </w:rPr>
        <w:t>[Metric 3: e.g. managers briefed before company-wide news]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Corporate communications manager job description template</w:t>
      </w:r>
    </w:p>
    <w:p>
      <w:r>
        <w:rPr>
          <w:b w:val="0"/>
        </w:rPr>
        <w:t>Job title: Corporate Communications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do and why your reputation matters to the business.]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Corporate Communications Manager to protect and build </w:t>
      </w:r>
      <w:r>
        <w:rPr>
          <w:b/>
        </w:rPr>
        <w:t>[Company]</w:t>
      </w:r>
      <w:r>
        <w:rPr>
          <w:b w:val="0"/>
        </w:rPr>
        <w:t xml:space="preserve">'s reputation with media, investors, partners and the public. You'll run media relations, write announcements and prepare executives to speak for the company. You'll report to </w:t>
      </w:r>
      <w:r>
        <w:rPr>
          <w:b/>
        </w:rPr>
        <w:t>[Head of Communications / VP Communications]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Plan and run announcements: </w:t>
      </w:r>
      <w:r>
        <w:rPr>
          <w:b/>
        </w:rPr>
        <w:t>[earnings, partnerships, leadership changes, product news]</w:t>
      </w:r>
      <w:r>
        <w:rPr>
          <w:b w:val="0"/>
        </w:rPr>
        <w:t>.</w:t>
      </w:r>
    </w:p>
    <w:p>
      <w:r>
        <w:rPr>
          <w:b w:val="0"/>
        </w:rPr>
        <w:t>- Write press releases, statements, Q&amp;As and executive talking points.</w:t>
      </w:r>
    </w:p>
    <w:p>
      <w:r>
        <w:rPr>
          <w:b w:val="0"/>
        </w:rPr>
        <w:t>- Build relationships with reporters and manage media inquiries.</w:t>
      </w:r>
    </w:p>
    <w:p>
      <w:r>
        <w:rPr>
          <w:b w:val="0"/>
        </w:rPr>
        <w:t>- Prepare executives for interviews, panels and posts.</w:t>
      </w:r>
    </w:p>
    <w:p>
      <w:r>
        <w:rPr>
          <w:b w:val="0"/>
        </w:rPr>
        <w:t>- Monitor coverage and conversation, and flag issues early.</w:t>
      </w:r>
    </w:p>
    <w:p>
      <w:r>
        <w:rPr>
          <w:b w:val="0"/>
        </w:rPr>
        <w:t>- Help lead the response when something goes wrong.</w:t>
      </w:r>
    </w:p>
    <w:p>
      <w:r>
        <w:rPr>
          <w:b w:val="0"/>
        </w:rPr>
        <w:t xml:space="preserve">- </w:t>
      </w:r>
      <w:r>
        <w:rPr>
          <w:b/>
        </w:rPr>
        <w:t>[Work with the PR agency on campaigns and media outreach.]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corporate communications, PR or journalism.</w:t>
      </w:r>
    </w:p>
    <w:p>
      <w:r>
        <w:rPr>
          <w:b w:val="0"/>
        </w:rPr>
        <w:t>- Strong writing and editing under deadline.</w:t>
      </w:r>
    </w:p>
    <w:p>
      <w:r>
        <w:rPr>
          <w:b w:val="0"/>
        </w:rPr>
        <w:t>- Media relations experience, including tough questions.</w:t>
      </w:r>
    </w:p>
    <w:p>
      <w:r>
        <w:rPr>
          <w:b w:val="0"/>
        </w:rPr>
        <w:t>- Calm judgment in sensitive or fast-moving situations.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coverage in priority outlets, and its tone]</w:t>
      </w:r>
    </w:p>
    <w:p>
      <w:r>
        <w:rPr>
          <w:b w:val="0"/>
        </w:rPr>
        <w:t xml:space="preserve">- </w:t>
      </w:r>
      <w:r>
        <w:rPr>
          <w:b/>
        </w:rPr>
        <w:t>[Metric 2: e.g. response time and accuracy on media inquiries]</w:t>
      </w:r>
    </w:p>
    <w:p>
      <w:r>
        <w:rPr>
          <w:b w:val="0"/>
        </w:rPr>
        <w:t xml:space="preserve">- </w:t>
      </w:r>
      <w:r>
        <w:rPr>
          <w:b/>
        </w:rPr>
        <w:t>[Metric 3: e.g. issues handled without escalation]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Marketing communications manager job description template</w:t>
      </w:r>
    </w:p>
    <w:p>
      <w:r>
        <w:rPr>
          <w:b w:val="0"/>
        </w:rPr>
        <w:t>Job title: Marketing Communications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 and to whom.]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Marketing Communications Manager to make sure customers hear one clear story from </w:t>
      </w:r>
      <w:r>
        <w:rPr>
          <w:b/>
        </w:rPr>
        <w:t>[Company]</w:t>
      </w:r>
      <w:r>
        <w:rPr>
          <w:b w:val="0"/>
        </w:rPr>
        <w:t xml:space="preserve"> across every channel. You'll own campaign messaging and the communications calendar, write and edit customer-facing content, and work with </w:t>
      </w:r>
      <w:r>
        <w:rPr>
          <w:b/>
        </w:rPr>
        <w:t>[design, product marketing, PR, sales]</w:t>
      </w:r>
      <w:r>
        <w:rPr>
          <w:b w:val="0"/>
        </w:rPr>
        <w:t xml:space="preserve">. You'll report to </w:t>
      </w:r>
      <w:r>
        <w:rPr>
          <w:b/>
        </w:rPr>
        <w:t>[Marketing Director]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Write and maintain messaging for </w:t>
      </w:r>
      <w:r>
        <w:rPr>
          <w:b/>
        </w:rPr>
        <w:t>[products / campaigns / audiences]</w:t>
      </w:r>
      <w:r>
        <w:rPr>
          <w:b w:val="0"/>
        </w:rPr>
        <w:t>.</w:t>
      </w:r>
    </w:p>
    <w:p>
      <w:r>
        <w:rPr>
          <w:b w:val="0"/>
        </w:rPr>
        <w:t xml:space="preserve">- Plan the customer communications calendar: </w:t>
      </w:r>
      <w:r>
        <w:rPr>
          <w:b/>
        </w:rPr>
        <w:t>[launches, newsletters, events, announcements]</w:t>
      </w:r>
      <w:r>
        <w:rPr>
          <w:b w:val="0"/>
        </w:rPr>
        <w:t>.</w:t>
      </w:r>
    </w:p>
    <w:p>
      <w:r>
        <w:rPr>
          <w:b w:val="0"/>
        </w:rPr>
        <w:t xml:space="preserve">- Write and edit </w:t>
      </w:r>
      <w:r>
        <w:rPr>
          <w:b/>
        </w:rPr>
        <w:t>[web copy, emails, brochures, case studies, sales materials]</w:t>
      </w:r>
      <w:r>
        <w:rPr>
          <w:b w:val="0"/>
        </w:rPr>
        <w:t>.</w:t>
      </w:r>
    </w:p>
    <w:p>
      <w:r>
        <w:rPr>
          <w:b w:val="0"/>
        </w:rPr>
        <w:t>- Coordinate PR and social so announcements land together.</w:t>
      </w:r>
    </w:p>
    <w:p>
      <w:r>
        <w:rPr>
          <w:b w:val="0"/>
        </w:rPr>
        <w:t>- Keep brand voice consistent across teams and agencies.</w:t>
      </w:r>
    </w:p>
    <w:p>
      <w:r>
        <w:rPr>
          <w:b w:val="0"/>
        </w:rPr>
        <w:t>- Report on engagement and what each campaign achieved.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marketing communications, content or PR.</w:t>
      </w:r>
    </w:p>
    <w:p>
      <w:r>
        <w:rPr>
          <w:b w:val="0"/>
        </w:rPr>
        <w:t>- Excellent writing for customers, with examples.</w:t>
      </w:r>
    </w:p>
    <w:p>
      <w:r>
        <w:rPr>
          <w:b w:val="0"/>
        </w:rPr>
        <w:t>- Experience running launches or campaigns across channels.</w:t>
      </w:r>
    </w:p>
    <w:p>
      <w:r>
        <w:rPr>
          <w:b w:val="0"/>
        </w:rPr>
        <w:t>- Comfort managing freelancers or agencies.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engagement with launch communications]</w:t>
      </w:r>
    </w:p>
    <w:p>
      <w:r>
        <w:rPr>
          <w:b w:val="0"/>
        </w:rPr>
        <w:t xml:space="preserve">- </w:t>
      </w:r>
      <w:r>
        <w:rPr>
          <w:b/>
        </w:rPr>
        <w:t>[Metric 2: e.g. leads or sign-ups from campaigns]</w:t>
      </w:r>
    </w:p>
    <w:p>
      <w:r>
        <w:rPr>
          <w:b w:val="0"/>
        </w:rPr>
        <w:t xml:space="preserve">- </w:t>
      </w:r>
      <w:r>
        <w:rPr>
          <w:b/>
        </w:rPr>
        <w:t>[Metric 3: e.g. on-time delivery across the calendar]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