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CMO Resume: How to Write an Executive Marketing Resume, With Examples</w:t>
      </w:r>
    </w:p>
    <w:p>
      <w:r>
        <w:t>Templates from https://knowtheroom.ai/career-guides/cmo-resume/ · Replace everything in [brackets].</w:t>
      </w:r>
    </w:p>
    <w:p>
      <w:pPr>
        <w:pStyle w:val="Heading2"/>
      </w:pPr>
      <w:r>
        <w:t>How do you write a CMO resume summary?</w:t>
      </w:r>
    </w:p>
    <w:p>
      <w:r>
        <w:rPr>
          <w:b w:val="0"/>
        </w:rPr>
        <w:t xml:space="preserve">Marketing executive who has </w:t>
      </w:r>
      <w:r>
        <w:rPr>
          <w:b/>
        </w:rPr>
        <w:t>[scaled / rebuilt / repositioned]</w:t>
      </w:r>
      <w:r>
        <w:rPr>
          <w:b w:val="0"/>
        </w:rPr>
        <w:t xml:space="preserve"> </w:t>
      </w:r>
      <w:r>
        <w:rPr>
          <w:b/>
        </w:rPr>
        <w:t>[kind of company]</w:t>
      </w:r>
      <w:r>
        <w:rPr>
          <w:b w:val="0"/>
        </w:rPr>
        <w:t xml:space="preserve"> from </w:t>
      </w:r>
      <w:r>
        <w:rPr>
          <w:b/>
        </w:rPr>
        <w:t>[stage or size]</w:t>
      </w:r>
      <w:r>
        <w:rPr>
          <w:b w:val="0"/>
        </w:rPr>
        <w:t xml:space="preserve"> to </w:t>
      </w:r>
      <w:r>
        <w:rPr>
          <w:b/>
        </w:rPr>
        <w:t>[stage or size]</w:t>
      </w:r>
      <w:r>
        <w:rPr>
          <w:b w:val="0"/>
        </w:rPr>
        <w:t xml:space="preserve">. Led teams of up to </w:t>
      </w:r>
      <w:r>
        <w:rPr>
          <w:b/>
        </w:rPr>
        <w:t>[number]</w:t>
      </w:r>
      <w:r>
        <w:rPr>
          <w:b w:val="0"/>
        </w:rPr>
        <w:t xml:space="preserve"> and budgets of $</w:t>
      </w:r>
      <w:r>
        <w:rPr>
          <w:b/>
        </w:rPr>
        <w:t>[amount]</w:t>
      </w:r>
      <w:r>
        <w:rPr>
          <w:b w:val="0"/>
        </w:rPr>
        <w:t xml:space="preserve">; most recently </w:t>
      </w:r>
      <w:r>
        <w:rPr>
          <w:b/>
        </w:rPr>
        <w:t>[outcome: revenue growth, lower CAC, new category position]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>.</w:t>
      </w:r>
    </w:p>
    <w:p>
      <w:pPr>
        <w:pStyle w:val="Heading2"/>
      </w:pPr>
      <w:r>
        <w:t>How do you write a CMO resume summary?</w:t>
      </w:r>
    </w:p>
    <w:p>
      <w:r>
        <w:rPr>
          <w:b w:val="0"/>
        </w:rPr>
        <w:t xml:space="preserve">CMO with </w:t>
      </w:r>
      <w:r>
        <w:rPr>
          <w:b/>
        </w:rPr>
        <w:t>[number]</w:t>
      </w:r>
      <w:r>
        <w:rPr>
          <w:b w:val="0"/>
        </w:rPr>
        <w:t xml:space="preserve"> years building brands in </w:t>
      </w:r>
      <w:r>
        <w:rPr>
          <w:b/>
        </w:rPr>
        <w:t>[category]</w:t>
      </w:r>
      <w:r>
        <w:rPr>
          <w:b w:val="0"/>
        </w:rPr>
        <w:t xml:space="preserve">. Known for [what you're known for: turning brand into demand, entering new markets, building marketing from scratch]. Partnered with </w:t>
      </w:r>
      <w:r>
        <w:rPr>
          <w:b/>
        </w:rPr>
        <w:t>[CEO / founders / board]</w:t>
      </w:r>
      <w:r>
        <w:rPr>
          <w:b w:val="0"/>
        </w:rPr>
        <w:t xml:space="preserve"> through </w:t>
      </w:r>
      <w:r>
        <w:rPr>
          <w:b/>
        </w:rPr>
        <w:t>[event: IPO, acquisition, funding round, turnaround]</w:t>
      </w:r>
      <w:r>
        <w:rPr>
          <w:b w:val="0"/>
        </w:rPr>
        <w:t>.</w:t>
      </w:r>
    </w:p>
    <w:p>
      <w:pPr>
        <w:pStyle w:val="Heading2"/>
      </w:pPr>
      <w:r>
        <w:t>How do you write the scope line for each role?</w:t>
      </w:r>
    </w:p>
    <w:p>
      <w:r>
        <w:rPr>
          <w:b/>
        </w:rPr>
        <w:t xml:space="preserve">[Company description: Series C fintech / $[x]M consumer brand / public B2B software company]. Reported to the CEO; led a team of </w:t>
      </w:r>
      <w:r>
        <w:rPr>
          <w:b/>
        </w:rPr>
        <w:t>[number]</w:t>
      </w:r>
      <w:r>
        <w:rPr>
          <w:b w:val="0"/>
        </w:rPr>
        <w:t xml:space="preserve"> across </w:t>
      </w:r>
      <w:r>
        <w:rPr>
          <w:b/>
        </w:rPr>
        <w:t>[functions]</w:t>
      </w:r>
      <w:r>
        <w:rPr>
          <w:b w:val="0"/>
        </w:rPr>
        <w:t>; budget $</w:t>
      </w:r>
      <w:r>
        <w:rPr>
          <w:b/>
        </w:rPr>
        <w:t>[amount]</w:t>
      </w:r>
      <w:r>
        <w:rPr>
          <w:b w:val="0"/>
        </w:rPr>
        <w:t>.</w:t>
      </w:r>
    </w:p>
    <w:p>
      <w:pPr>
        <w:pStyle w:val="Heading2"/>
      </w:pPr>
      <w:r>
        <w:t>Growth and revenue</w:t>
      </w:r>
    </w:p>
    <w:p>
      <w:r>
        <w:rPr>
          <w:b w:val="0"/>
        </w:rPr>
        <w:t xml:space="preserve">- Grew </w:t>
      </w:r>
      <w:r>
        <w:rPr>
          <w:b/>
        </w:rPr>
        <w:t>[revenue / pipeline / customers]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[strategic move: new segment, pricing and packaging change, channel shift]</w:t>
      </w:r>
      <w:r>
        <w:rPr>
          <w:b w:val="0"/>
        </w:rPr>
        <w:t>.</w:t>
      </w:r>
    </w:p>
    <w:p>
      <w:r>
        <w:rPr>
          <w:b w:val="0"/>
        </w:rPr>
        <w:t xml:space="preserve">- Cut blended customer acquisition cost by </w:t>
      </w:r>
      <w:r>
        <w:rPr>
          <w:b/>
        </w:rPr>
        <w:t>[amount]</w:t>
      </w:r>
      <w:r>
        <w:rPr>
          <w:b w:val="0"/>
        </w:rPr>
        <w:t xml:space="preserve"> while growing new customers </w:t>
      </w:r>
      <w:r>
        <w:rPr>
          <w:b/>
        </w:rPr>
        <w:t>[amount]</w:t>
      </w:r>
      <w:r>
        <w:rPr>
          <w:b w:val="0"/>
        </w:rPr>
        <w:t xml:space="preserve"> by </w:t>
      </w:r>
      <w:r>
        <w:rPr>
          <w:b/>
        </w:rPr>
        <w:t>[move]</w:t>
      </w:r>
      <w:r>
        <w:rPr>
          <w:b w:val="0"/>
        </w:rPr>
        <w:t>.</w:t>
      </w:r>
    </w:p>
    <w:p>
      <w:pPr>
        <w:pStyle w:val="Heading2"/>
      </w:pPr>
      <w:r>
        <w:t>Brand and positioning</w:t>
      </w:r>
    </w:p>
    <w:p>
      <w:r>
        <w:rPr>
          <w:b w:val="0"/>
        </w:rPr>
        <w:t xml:space="preserve">- Led the </w:t>
      </w:r>
      <w:r>
        <w:rPr>
          <w:b/>
        </w:rPr>
        <w:t>[rebrand / repositioning]</w:t>
      </w:r>
      <w:r>
        <w:rPr>
          <w:b w:val="0"/>
        </w:rPr>
        <w:t xml:space="preserve"> of </w:t>
      </w:r>
      <w:r>
        <w:rPr>
          <w:b/>
        </w:rPr>
        <w:t>[company]</w:t>
      </w:r>
      <w:r>
        <w:rPr>
          <w:b w:val="0"/>
        </w:rPr>
        <w:t xml:space="preserve"> around </w:t>
      </w:r>
      <w:r>
        <w:rPr>
          <w:b/>
        </w:rPr>
        <w:t>[idea]</w:t>
      </w:r>
      <w:r>
        <w:rPr>
          <w:b w:val="0"/>
        </w:rPr>
        <w:t xml:space="preserve">, lifting </w:t>
      </w:r>
      <w:r>
        <w:rPr>
          <w:b/>
        </w:rPr>
        <w:t>[aided awareness / consideration / share of search]</w:t>
      </w:r>
      <w:r>
        <w:rPr>
          <w:b w:val="0"/>
        </w:rPr>
        <w:t xml:space="preserve"> from [x] to [y].</w:t>
      </w:r>
    </w:p>
    <w:p>
      <w:r>
        <w:rPr>
          <w:b w:val="0"/>
        </w:rPr>
        <w:t xml:space="preserve">- Launched </w:t>
      </w:r>
      <w:r>
        <w:rPr>
          <w:b/>
        </w:rPr>
        <w:t>[product or category]</w:t>
      </w:r>
      <w:r>
        <w:rPr>
          <w:b w:val="0"/>
        </w:rPr>
        <w:t xml:space="preserve"> into </w:t>
      </w:r>
      <w:r>
        <w:rPr>
          <w:b/>
        </w:rPr>
        <w:t>[market]</w:t>
      </w:r>
      <w:r>
        <w:rPr>
          <w:b w:val="0"/>
        </w:rPr>
        <w:t xml:space="preserve">, reaching </w:t>
      </w:r>
      <w:r>
        <w:rPr>
          <w:b/>
        </w:rPr>
        <w:t>[result]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Team and organization</w:t>
      </w:r>
    </w:p>
    <w:p>
      <w:r>
        <w:rPr>
          <w:b w:val="0"/>
        </w:rPr>
        <w:t xml:space="preserve">- Built the marketing function from </w:t>
      </w:r>
      <w:r>
        <w:rPr>
          <w:b/>
        </w:rPr>
        <w:t>[number]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 xml:space="preserve"> people, hiring leaders for </w:t>
      </w:r>
      <w:r>
        <w:rPr>
          <w:b/>
        </w:rPr>
        <w:t>[functions]</w:t>
      </w:r>
      <w:r>
        <w:rPr>
          <w:b w:val="0"/>
        </w:rPr>
        <w:t xml:space="preserve"> and setting the operating rhythm with sales and product.</w:t>
      </w:r>
    </w:p>
    <w:p>
      <w:r>
        <w:rPr>
          <w:b w:val="0"/>
        </w:rPr>
        <w:t xml:space="preserve">- Restructured </w:t>
      </w:r>
      <w:r>
        <w:rPr>
          <w:b/>
        </w:rPr>
        <w:t>[team / agency roster]</w:t>
      </w:r>
      <w:r>
        <w:rPr>
          <w:b w:val="0"/>
        </w:rPr>
        <w:t>, saving $</w:t>
      </w:r>
      <w:r>
        <w:rPr>
          <w:b/>
        </w:rPr>
        <w:t>[amount]</w:t>
      </w:r>
      <w:r>
        <w:rPr>
          <w:b w:val="0"/>
        </w:rPr>
        <w:t xml:space="preserve"> a year and shortening launch time from [x] to [y].</w:t>
      </w:r>
    </w:p>
    <w:p>
      <w:pPr>
        <w:pStyle w:val="Heading2"/>
      </w:pPr>
      <w:r>
        <w:t>Executive and board</w:t>
      </w:r>
    </w:p>
    <w:p>
      <w:r>
        <w:rPr>
          <w:b w:val="0"/>
        </w:rPr>
        <w:t xml:space="preserve">- Presented marketing plan and results to the board </w:t>
      </w:r>
      <w:r>
        <w:rPr>
          <w:b/>
        </w:rPr>
        <w:t>[quarterly]</w:t>
      </w:r>
      <w:r>
        <w:rPr>
          <w:b w:val="0"/>
        </w:rPr>
        <w:t xml:space="preserve">; co-led </w:t>
      </w:r>
      <w:r>
        <w:rPr>
          <w:b/>
        </w:rPr>
        <w:t>[fundraise / IPO / acquisition]</w:t>
      </w:r>
      <w:r>
        <w:rPr>
          <w:b w:val="0"/>
        </w:rPr>
        <w:t xml:space="preserve"> narrative with the CEO and CFO.</w:t>
      </w:r>
    </w:p>
    <w:p>
      <w:r>
        <w:rPr>
          <w:b w:val="0"/>
        </w:rPr>
        <w:t xml:space="preserve">- Partnered with the CRO to rebuild the </w:t>
      </w:r>
      <w:r>
        <w:rPr>
          <w:b/>
        </w:rPr>
        <w:t>[lead handoff / pipeline model]</w:t>
      </w:r>
      <w:r>
        <w:rPr>
          <w:b w:val="0"/>
        </w:rPr>
        <w:t xml:space="preserve">, raising </w:t>
      </w:r>
      <w:r>
        <w:rPr>
          <w:b/>
        </w:rPr>
        <w:t>[conversion]</w:t>
      </w:r>
      <w:r>
        <w:rPr>
          <w:b w:val="0"/>
        </w:rPr>
        <w:t xml:space="preserve"> from [x] to [y].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