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Chief Growth Officer: What the Role Is and How to Become One</w:t>
      </w:r>
    </w:p>
    <w:p>
      <w:r>
        <w:t>Templates from https://knowtheroom.ai/career-guides/chief-growth-officer/ · Replace everything in [brackets].</w:t>
      </w:r>
    </w:p>
    <w:p>
      <w:pPr>
        <w:pStyle w:val="Heading2"/>
      </w:pPr>
      <w:r>
        <w:t>Chief growth officer job description</w:t>
      </w:r>
    </w:p>
    <w:p>
      <w:r>
        <w:rPr>
          <w:b w:val="0"/>
        </w:rPr>
        <w:t xml:space="preserve">Job title: Chief Growth Officer </w:t>
      </w:r>
      <w:r>
        <w:rPr>
          <w:b/>
        </w:rPr>
        <w:t>[or VP of Growth / Head of Growth]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where the business is now.]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</w:t>
      </w:r>
      <w:r>
        <w:rPr>
          <w:b/>
        </w:rPr>
        <w:t>[title]</w:t>
      </w:r>
      <w:r>
        <w:rPr>
          <w:b w:val="0"/>
        </w:rPr>
        <w:t xml:space="preserve"> to own [growth goal: e.g. revenue growth / new customer growth / growth in </w:t>
      </w:r>
      <w:r>
        <w:rPr>
          <w:b/>
        </w:rPr>
        <w:t>[market]</w:t>
      </w:r>
      <w:r>
        <w:rPr>
          <w:b w:val="0"/>
        </w:rPr>
        <w:t xml:space="preserve">]. You'll lead </w:t>
      </w:r>
      <w:r>
        <w:rPr>
          <w:b/>
        </w:rPr>
        <w:t>[teams: e.g. marketing, growth, partnerships and insights]</w:t>
      </w:r>
      <w:r>
        <w:rPr>
          <w:b w:val="0"/>
        </w:rPr>
        <w:t xml:space="preserve">, about [X] people and </w:t>
      </w:r>
      <w:r>
        <w:rPr>
          <w:b/>
        </w:rPr>
        <w:t>[budget]</w:t>
      </w:r>
      <w:r>
        <w:rPr>
          <w:b w:val="0"/>
        </w:rPr>
        <w:t>, and report to the CEO.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Set the growth strategy and annual plan, with targets agreed with the CEO and board.</w:t>
      </w:r>
    </w:p>
    <w:p>
      <w:r>
        <w:rPr>
          <w:b w:val="0"/>
        </w:rPr>
        <w:t xml:space="preserve">- Lead </w:t>
      </w:r>
      <w:r>
        <w:rPr>
          <w:b/>
        </w:rPr>
        <w:t>[teams]</w:t>
      </w:r>
      <w:r>
        <w:rPr>
          <w:b w:val="0"/>
        </w:rPr>
        <w:t xml:space="preserve"> and decide how budget and people are allocated across them.</w:t>
      </w:r>
    </w:p>
    <w:p>
      <w:r>
        <w:rPr>
          <w:b w:val="0"/>
        </w:rPr>
        <w:t xml:space="preserve">- Find and prioritize growth opportunities: </w:t>
      </w:r>
      <w:r>
        <w:rPr>
          <w:b/>
        </w:rPr>
        <w:t>[new segments / channels / markets / products / pricing]</w:t>
      </w:r>
      <w:r>
        <w:rPr>
          <w:b w:val="0"/>
        </w:rPr>
        <w:t>.</w:t>
      </w:r>
    </w:p>
    <w:p>
      <w:r>
        <w:rPr>
          <w:b w:val="0"/>
        </w:rPr>
        <w:t>- Build a testing and measurement practice so we know what's driving growth.</w:t>
      </w:r>
    </w:p>
    <w:p>
      <w:r>
        <w:rPr>
          <w:b w:val="0"/>
        </w:rPr>
        <w:t xml:space="preserve">- Work with product and </w:t>
      </w:r>
      <w:r>
        <w:rPr>
          <w:b/>
        </w:rPr>
        <w:t>[sales]</w:t>
      </w:r>
      <w:r>
        <w:rPr>
          <w:b w:val="0"/>
        </w:rPr>
        <w:t xml:space="preserve"> so the experience, offer and pricing support growth.</w:t>
      </w:r>
    </w:p>
    <w:p>
      <w:r>
        <w:rPr>
          <w:b w:val="0"/>
        </w:rPr>
        <w:t>- Report progress to the board and keep the company focused on a few priorities.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[10-15]</w:t>
      </w:r>
      <w:r>
        <w:rPr>
          <w:b w:val="0"/>
        </w:rPr>
        <w:t xml:space="preserve">+ years in </w:t>
      </w:r>
      <w:r>
        <w:rPr>
          <w:b/>
        </w:rPr>
        <w:t>[marketing / growth / product / general management]</w:t>
      </w:r>
      <w:r>
        <w:rPr>
          <w:b w:val="0"/>
        </w:rPr>
        <w:t>, with [X] years leading leaders.</w:t>
      </w:r>
    </w:p>
    <w:p>
      <w:r>
        <w:rPr>
          <w:b w:val="0"/>
        </w:rPr>
        <w:t>- A record of growing a business or product line you were accountable for.</w:t>
      </w:r>
    </w:p>
    <w:p>
      <w:r>
        <w:rPr>
          <w:b w:val="0"/>
        </w:rPr>
        <w:t>- Comfort with financial models, unit economics and data.</w:t>
      </w:r>
    </w:p>
    <w:p>
      <w:r>
        <w:rPr>
          <w:b w:val="0"/>
        </w:rPr>
        <w:t xml:space="preserve">- Experience across </w:t>
      </w:r>
      <w:r>
        <w:rPr>
          <w:b/>
        </w:rPr>
        <w:t>[brand / performance / sales / partnerships / product]</w:t>
      </w:r>
      <w:r>
        <w:rPr>
          <w:b w:val="0"/>
        </w:rPr>
        <w:t>.</w:t>
      </w:r>
    </w:p>
    <w:p>
      <w:r>
        <w:rPr>
          <w:b w:val="0"/>
        </w:rPr>
        <w:t>- Clear communication with boards, executives and teams.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revenue or customer growth against plan]</w:t>
      </w:r>
    </w:p>
    <w:p>
      <w:r>
        <w:rPr>
          <w:b w:val="0"/>
        </w:rPr>
        <w:t xml:space="preserve">- </w:t>
      </w:r>
      <w:r>
        <w:rPr>
          <w:b/>
        </w:rPr>
        <w:t>[Metric 2: e.g. acquisition efficiency or payback]</w:t>
      </w:r>
    </w:p>
    <w:p>
      <w:r>
        <w:rPr>
          <w:b w:val="0"/>
        </w:rPr>
        <w:t xml:space="preserve">- </w:t>
      </w:r>
      <w:r>
        <w:rPr>
          <w:b/>
        </w:rPr>
        <w:t>[Metric 3: e.g. growth from new segments or markets]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[equity / bonus]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Led </w:t>
      </w:r>
      <w:r>
        <w:rPr>
          <w:b/>
        </w:rPr>
        <w:t>[functions]</w:t>
      </w:r>
      <w:r>
        <w:rPr>
          <w:b w:val="0"/>
        </w:rPr>
        <w:t xml:space="preserve"> ([X] people, </w:t>
      </w:r>
      <w:r>
        <w:rPr>
          <w:b/>
        </w:rPr>
        <w:t>[budget]</w:t>
      </w:r>
      <w:r>
        <w:rPr>
          <w:b w:val="0"/>
        </w:rPr>
        <w:t xml:space="preserve">) as </w:t>
      </w:r>
      <w:r>
        <w:rPr>
          <w:b/>
        </w:rPr>
        <w:t>[title]</w:t>
      </w:r>
      <w:r>
        <w:rPr>
          <w:b w:val="0"/>
        </w:rPr>
        <w:t xml:space="preserve">; grew </w:t>
      </w:r>
      <w:r>
        <w:rPr>
          <w:b/>
        </w:rPr>
        <w:t>[revenue / customers]</w:t>
      </w:r>
      <w:r>
        <w:rPr>
          <w:b w:val="0"/>
        </w:rPr>
        <w:t xml:space="preserve"> </w:t>
      </w:r>
      <w:r>
        <w:rPr>
          <w:b/>
        </w:rPr>
        <w:t>[X%]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 xml:space="preserve"> by </w:t>
      </w:r>
      <w:r>
        <w:rPr>
          <w:b/>
        </w:rPr>
        <w:t>[the two or three main moves]</w:t>
      </w:r>
      <w:r>
        <w:rPr>
          <w:b w:val="0"/>
        </w:rPr>
        <w:t xml:space="preserve">, while </w:t>
      </w:r>
      <w:r>
        <w:rPr>
          <w:b/>
        </w:rPr>
        <w:t>[improving / holding]</w:t>
      </w:r>
      <w:r>
        <w:rPr>
          <w:b w:val="0"/>
        </w:rPr>
        <w:t xml:space="preserve"> </w:t>
      </w:r>
      <w:r>
        <w:rPr>
          <w:b/>
        </w:rPr>
        <w:t>[efficiency metric]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