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Channel Marketing Manager: Channel and Account-Based Marketing Jobs</w:t>
      </w:r>
    </w:p>
    <w:p>
      <w:r>
        <w:t>Templates from https://knowtheroom.ai/career-guides/channel-marketing-manager/ · Replace everything in [brackets].</w:t>
      </w:r>
    </w:p>
    <w:p>
      <w:pPr>
        <w:pStyle w:val="Heading2"/>
      </w:pPr>
      <w:r>
        <w:t>Channel marketing manager job description</w:t>
      </w:r>
    </w:p>
    <w:p>
      <w:r>
        <w:rPr>
          <w:b w:val="0"/>
        </w:rPr>
        <w:t xml:space="preserve">Job title: Channel Marketing Manager </w:t>
      </w:r>
      <w:r>
        <w:rPr>
          <w:b/>
        </w:rPr>
        <w:t>[or Partner Marketing Manager / ABM Manager]</w:t>
      </w:r>
    </w:p>
    <w:p/>
    <w:p>
      <w:r>
        <w:rPr>
          <w:b w:val="0"/>
        </w:rPr>
        <w:t xml:space="preserve">About </w:t>
      </w:r>
      <w:r>
        <w:rPr>
          <w:b/>
        </w:rPr>
        <w:t>[Company]</w:t>
      </w:r>
    </w:p>
    <w:p>
      <w:r>
        <w:rPr>
          <w:b/>
        </w:rPr>
        <w:t>[Two sentences: who you are and how you sell: direct, through partners, or both.]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We're hiring a Channel Marketing Manager to help our </w:t>
      </w:r>
      <w:r>
        <w:rPr>
          <w:b/>
        </w:rPr>
        <w:t>[resellers / distributors / service partners / retail partners]</w:t>
      </w:r>
      <w:r>
        <w:rPr>
          <w:b w:val="0"/>
        </w:rPr>
        <w:t xml:space="preserve"> market and sell </w:t>
      </w:r>
      <w:r>
        <w:rPr>
          <w:b/>
        </w:rPr>
        <w:t>[product]</w:t>
      </w:r>
      <w:r>
        <w:rPr>
          <w:b w:val="0"/>
        </w:rPr>
        <w:t xml:space="preserve">. You'll build partner campaigns, manage marketing funds and give partners the content they need. You'll report to </w:t>
      </w:r>
      <w:r>
        <w:rPr>
          <w:b/>
        </w:rPr>
        <w:t>[title]</w:t>
      </w:r>
      <w:r>
        <w:rPr>
          <w:b w:val="0"/>
        </w:rPr>
        <w:t xml:space="preserve"> and work closely with </w:t>
      </w:r>
      <w:r>
        <w:rPr>
          <w:b/>
        </w:rPr>
        <w:t>[channel sales / partner managers]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>- Build and launch partner-ready campaigns and content.</w:t>
      </w:r>
    </w:p>
    <w:p>
      <w:r>
        <w:rPr>
          <w:b w:val="0"/>
        </w:rPr>
        <w:t xml:space="preserve">- Manage the </w:t>
      </w:r>
      <w:r>
        <w:rPr>
          <w:b/>
        </w:rPr>
        <w:t>[MDF / co-op]</w:t>
      </w:r>
      <w:r>
        <w:rPr>
          <w:b w:val="0"/>
        </w:rPr>
        <w:t xml:space="preserve"> program: proposals, approvals, claims and results.</w:t>
      </w:r>
    </w:p>
    <w:p>
      <w:r>
        <w:rPr>
          <w:b w:val="0"/>
        </w:rPr>
        <w:t>- Keep the partner portal and enablement materials current.</w:t>
      </w:r>
    </w:p>
    <w:p>
      <w:r>
        <w:rPr>
          <w:b w:val="0"/>
        </w:rPr>
        <w:t>- Plan joint events, webinars and campaigns with top partners.</w:t>
      </w:r>
    </w:p>
    <w:p>
      <w:r>
        <w:rPr>
          <w:b w:val="0"/>
        </w:rPr>
        <w:t>- Track partner-sourced leads, pipeline and revenue, and report on return.</w:t>
      </w:r>
    </w:p>
    <w:p>
      <w:r>
        <w:rPr>
          <w:b w:val="0"/>
        </w:rPr>
        <w:t>- Gather partner feedback and share it with product marketing and sales.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>- [X]+ years in channel, partner, field or B2B marketing.</w:t>
      </w:r>
    </w:p>
    <w:p>
      <w:r>
        <w:rPr>
          <w:b w:val="0"/>
        </w:rPr>
        <w:t>- Experience working closely with sales or partner teams.</w:t>
      </w:r>
    </w:p>
    <w:p>
      <w:r>
        <w:rPr>
          <w:b w:val="0"/>
        </w:rPr>
        <w:t xml:space="preserve">- Familiarity with </w:t>
      </w:r>
      <w:r>
        <w:rPr>
          <w:b/>
        </w:rPr>
        <w:t>[partner relationship management platform / CRM]</w:t>
      </w:r>
      <w:r>
        <w:rPr>
          <w:b w:val="0"/>
        </w:rPr>
        <w:t>.</w:t>
      </w:r>
    </w:p>
    <w:p>
      <w:r>
        <w:rPr>
          <w:b w:val="0"/>
        </w:rPr>
        <w:t>- Strong project management across many stakeholders.</w:t>
      </w:r>
    </w:p>
    <w:p>
      <w:r>
        <w:rPr>
          <w:b w:val="0"/>
        </w:rPr>
        <w:t>- Clear writing for partner-facing content.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</w:t>
      </w:r>
      <w:r>
        <w:rPr>
          <w:b/>
        </w:rPr>
        <w:t>[Metric 1: e.g. partner-sourced pipeline]</w:t>
      </w:r>
    </w:p>
    <w:p>
      <w:r>
        <w:rPr>
          <w:b w:val="0"/>
        </w:rPr>
        <w:t xml:space="preserve">- </w:t>
      </w:r>
      <w:r>
        <w:rPr>
          <w:b/>
        </w:rPr>
        <w:t>[Metric 2: e.g. partner campaign adoption]</w:t>
      </w:r>
    </w:p>
    <w:p>
      <w:r>
        <w:rPr>
          <w:b w:val="0"/>
        </w:rPr>
        <w:t xml:space="preserve">- </w:t>
      </w:r>
      <w:r>
        <w:rPr>
          <w:b/>
        </w:rPr>
        <w:t>[Metric 3: e.g. return on market development funds]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>.</w:t>
      </w:r>
    </w:p>
    <w:p>
      <w:pPr>
        <w:pStyle w:val="Heading2"/>
      </w:pPr>
      <w:r>
        <w:t>Skills and tools</w:t>
      </w:r>
    </w:p>
    <w:p>
      <w:r>
        <w:rPr>
          <w:b w:val="0"/>
        </w:rPr>
        <w:t xml:space="preserve">Launched a </w:t>
      </w:r>
      <w:r>
        <w:rPr>
          <w:b/>
        </w:rPr>
        <w:t>[campaign type]</w:t>
      </w:r>
      <w:r>
        <w:rPr>
          <w:b w:val="0"/>
        </w:rPr>
        <w:t xml:space="preserve"> program for </w:t>
      </w:r>
      <w:r>
        <w:rPr>
          <w:b/>
        </w:rPr>
        <w:t>[number]</w:t>
      </w:r>
      <w:r>
        <w:rPr>
          <w:b w:val="0"/>
        </w:rPr>
        <w:t xml:space="preserve"> </w:t>
      </w:r>
      <w:r>
        <w:rPr>
          <w:b/>
        </w:rPr>
        <w:t>[reseller / distributor]</w:t>
      </w:r>
      <w:r>
        <w:rPr>
          <w:b w:val="0"/>
        </w:rPr>
        <w:t xml:space="preserve"> partners; </w:t>
      </w:r>
      <w:r>
        <w:rPr>
          <w:b/>
        </w:rPr>
        <w:t>[number]</w:t>
      </w:r>
      <w:r>
        <w:rPr>
          <w:b w:val="0"/>
        </w:rPr>
        <w:t xml:space="preserve"> ran it within </w:t>
      </w:r>
      <w:r>
        <w:rPr>
          <w:b/>
        </w:rPr>
        <w:t>[timeframe]</w:t>
      </w:r>
      <w:r>
        <w:rPr>
          <w:b w:val="0"/>
        </w:rPr>
        <w:t xml:space="preserve">, generating </w:t>
      </w:r>
      <w:r>
        <w:rPr>
          <w:b/>
        </w:rPr>
        <w:t>[pipeline or leads]</w:t>
      </w:r>
      <w:r>
        <w:rPr>
          <w:b w:val="0"/>
        </w:rPr>
        <w:t xml:space="preserve"> in partner-sourced pipeline.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