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Manager Resume: Structure and Bullet Examples (CPG and Beyond)</w:t>
      </w:r>
    </w:p>
    <w:p>
      <w:r>
        <w:t>Templates from https://knowtheroom.ai/career-guides/brand-manager-resume/ · Replace everything in [brackets].</w:t>
      </w:r>
    </w:p>
    <w:p>
      <w:pPr>
        <w:pStyle w:val="Heading2"/>
      </w:pPr>
      <w:r>
        <w:t>How do you write a brand manager resume summary?</w:t>
      </w:r>
    </w:p>
    <w:p>
      <w:r>
        <w:rPr>
          <w:b w:val="0"/>
        </w:rPr>
        <w:t xml:space="preserve">Brand manager with </w:t>
      </w:r>
      <w:r>
        <w:rPr>
          <w:b/>
        </w:rPr>
        <w:t>[number]</w:t>
      </w:r>
      <w:r>
        <w:rPr>
          <w:b w:val="0"/>
        </w:rPr>
        <w:t xml:space="preserve"> years in </w:t>
      </w:r>
      <w:r>
        <w:rPr>
          <w:b/>
        </w:rPr>
        <w:t>[category: snacks, personal care, beverages]</w:t>
      </w:r>
      <w:r>
        <w:rPr>
          <w:b w:val="0"/>
        </w:rPr>
        <w:t xml:space="preserve">, currently leading </w:t>
      </w:r>
      <w:r>
        <w:rPr>
          <w:b/>
        </w:rPr>
        <w:t>[brand]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. Led </w:t>
      </w:r>
      <w:r>
        <w:rPr>
          <w:b/>
        </w:rPr>
        <w:t>[launch / renovation / repositioning]</w:t>
      </w:r>
      <w:r>
        <w:rPr>
          <w:b w:val="0"/>
        </w:rPr>
        <w:t xml:space="preserve"> that </w:t>
      </w:r>
      <w:r>
        <w:rPr>
          <w:b/>
        </w:rPr>
        <w:t>[result in sales, share or penetration]</w:t>
      </w:r>
      <w:r>
        <w:rPr>
          <w:b w:val="0"/>
        </w:rPr>
        <w:t xml:space="preserve">. Strongest at </w:t>
      </w:r>
      <w:r>
        <w:rPr>
          <w:b/>
        </w:rPr>
        <w:t>[consumer insight / innovation / commercial planning]</w:t>
      </w:r>
      <w:r>
        <w:rPr>
          <w:b w:val="0"/>
        </w:rPr>
        <w:t>.</w:t>
      </w:r>
    </w:p>
    <w:p>
      <w:pPr>
        <w:pStyle w:val="Heading2"/>
      </w:pPr>
      <w:r>
        <w:t>How do you write a brand manager resume summary?</w:t>
      </w:r>
    </w:p>
    <w:p>
      <w:r>
        <w:rPr>
          <w:b w:val="0"/>
        </w:rPr>
        <w:t xml:space="preserve">Brand marketing manager for </w:t>
      </w:r>
      <w:r>
        <w:rPr>
          <w:b/>
        </w:rPr>
        <w:t>[type of company: consumer app, DTC, B2B software]</w:t>
      </w:r>
      <w:r>
        <w:rPr>
          <w:b w:val="0"/>
        </w:rPr>
        <w:t xml:space="preserve">, owning positioning and campaigns for </w:t>
      </w:r>
      <w:r>
        <w:rPr>
          <w:b/>
        </w:rPr>
        <w:t>[brand or product]</w:t>
      </w:r>
      <w:r>
        <w:rPr>
          <w:b w:val="0"/>
        </w:rPr>
        <w:t xml:space="preserve">. Led </w:t>
      </w:r>
      <w:r>
        <w:rPr>
          <w:b/>
        </w:rPr>
        <w:t>[rebrand / launch / campaign]</w:t>
      </w:r>
      <w:r>
        <w:rPr>
          <w:b w:val="0"/>
        </w:rPr>
        <w:t xml:space="preserve"> that </w:t>
      </w:r>
      <w:r>
        <w:rPr>
          <w:b/>
        </w:rPr>
        <w:t>[result in awareness, consideration or revenue]</w:t>
      </w:r>
      <w:r>
        <w:rPr>
          <w:b w:val="0"/>
        </w:rPr>
        <w:t xml:space="preserve">. Moving into </w:t>
      </w:r>
      <w:r>
        <w:rPr>
          <w:b/>
        </w:rPr>
        <w:t>[the kind of role you want]</w:t>
      </w:r>
      <w:r>
        <w:rPr>
          <w:b w:val="0"/>
        </w:rPr>
        <w:t>.</w:t>
      </w:r>
    </w:p>
    <w:p>
      <w:pPr>
        <w:pStyle w:val="Heading2"/>
      </w:pPr>
      <w:r>
        <w:t>Assistant or associate brand manager</w:t>
      </w:r>
    </w:p>
    <w:p>
      <w:r>
        <w:rPr>
          <w:b w:val="0"/>
        </w:rPr>
        <w:t xml:space="preserve">- Built the </w:t>
      </w:r>
      <w:r>
        <w:rPr>
          <w:b/>
        </w:rPr>
        <w:t>[brand]</w:t>
      </w:r>
      <w:r>
        <w:rPr>
          <w:b w:val="0"/>
        </w:rPr>
        <w:t xml:space="preserve"> monthly business review from </w:t>
      </w:r>
      <w:r>
        <w:rPr>
          <w:b/>
        </w:rPr>
        <w:t>[data source]</w:t>
      </w:r>
      <w:r>
        <w:rPr>
          <w:b w:val="0"/>
        </w:rPr>
        <w:t xml:space="preserve">, flagging </w:t>
      </w:r>
      <w:r>
        <w:rPr>
          <w:b/>
        </w:rPr>
        <w:t>[trend]</w:t>
      </w:r>
      <w:r>
        <w:rPr>
          <w:b w:val="0"/>
        </w:rPr>
        <w:t xml:space="preserve"> that led to </w:t>
      </w:r>
      <w:r>
        <w:rPr>
          <w:b/>
        </w:rPr>
        <w:t>[decision]</w:t>
      </w:r>
      <w:r>
        <w:rPr>
          <w:b w:val="0"/>
        </w:rPr>
        <w:t>.</w:t>
      </w:r>
    </w:p>
    <w:p>
      <w:r>
        <w:rPr>
          <w:b w:val="0"/>
        </w:rPr>
        <w:t xml:space="preserve">- Managed the </w:t>
      </w:r>
      <w:r>
        <w:rPr>
          <w:b/>
        </w:rPr>
        <w:t>[pack refresh / promotion / sampling program]</w:t>
      </w:r>
      <w:r>
        <w:rPr>
          <w:b w:val="0"/>
        </w:rPr>
        <w:t xml:space="preserve"> from brief to shelf across </w:t>
      </w:r>
      <w:r>
        <w:rPr>
          <w:b/>
        </w:rPr>
        <w:t>[number]</w:t>
      </w:r>
      <w:r>
        <w:rPr>
          <w:b w:val="0"/>
        </w:rPr>
        <w:t xml:space="preserve"> retailers, delivered on time and </w:t>
      </w:r>
      <w:r>
        <w:rPr>
          <w:b/>
        </w:rPr>
        <w:t>[on / under]</w:t>
      </w:r>
      <w:r>
        <w:rPr>
          <w:b w:val="0"/>
        </w:rPr>
        <w:t xml:space="preserve"> budget.</w:t>
      </w:r>
    </w:p>
    <w:p>
      <w:r>
        <w:rPr>
          <w:b w:val="0"/>
        </w:rPr>
        <w:t xml:space="preserve">- Ran consumer research on </w:t>
      </w:r>
      <w:r>
        <w:rPr>
          <w:b/>
        </w:rPr>
        <w:t>[question]</w:t>
      </w:r>
      <w:r>
        <w:rPr>
          <w:b w:val="0"/>
        </w:rPr>
        <w:t xml:space="preserve"> with </w:t>
      </w:r>
      <w:r>
        <w:rPr>
          <w:b/>
        </w:rPr>
        <w:t>[agency or method]</w:t>
      </w:r>
      <w:r>
        <w:rPr>
          <w:b w:val="0"/>
        </w:rPr>
        <w:t xml:space="preserve">, and the findings shaped </w:t>
      </w:r>
      <w:r>
        <w:rPr>
          <w:b/>
        </w:rPr>
        <w:t>[decision: the claim, the flavor, the target]</w:t>
      </w:r>
      <w:r>
        <w:rPr>
          <w:b w:val="0"/>
        </w:rPr>
        <w:t>.</w:t>
      </w:r>
    </w:p>
    <w:p>
      <w:r>
        <w:rPr>
          <w:b w:val="0"/>
        </w:rPr>
        <w:t xml:space="preserve">- Partnered with sales on the </w:t>
      </w:r>
      <w:r>
        <w:rPr>
          <w:b/>
        </w:rPr>
        <w:t>[retailer]</w:t>
      </w:r>
      <w:r>
        <w:rPr>
          <w:b w:val="0"/>
        </w:rPr>
        <w:t xml:space="preserve"> plan, supporting </w:t>
      </w:r>
      <w:r>
        <w:rPr>
          <w:b/>
        </w:rPr>
        <w:t>[result: new distribution, a feature, a display]</w:t>
      </w:r>
      <w:r>
        <w:rPr>
          <w:b w:val="0"/>
        </w:rPr>
        <w:t>.</w:t>
      </w:r>
    </w:p>
    <w:p>
      <w:pPr>
        <w:pStyle w:val="Heading2"/>
      </w:pPr>
      <w:r>
        <w:t>Brand manager</w:t>
      </w:r>
    </w:p>
    <w:p>
      <w:r>
        <w:rPr>
          <w:b w:val="0"/>
        </w:rPr>
        <w:t xml:space="preserve">- Owned the P&amp;L for </w:t>
      </w:r>
      <w:r>
        <w:rPr>
          <w:b/>
        </w:rPr>
        <w:t>[brand]</w:t>
      </w:r>
      <w:r>
        <w:rPr>
          <w:b w:val="0"/>
        </w:rPr>
        <w:t xml:space="preserve">, growing net sales </w:t>
      </w:r>
      <w:r>
        <w:rPr>
          <w:b/>
        </w:rPr>
        <w:t>[amount or percentage]</w:t>
      </w:r>
      <w:r>
        <w:rPr>
          <w:b w:val="0"/>
        </w:rPr>
        <w:t xml:space="preserve"> and share by </w:t>
      </w:r>
      <w:r>
        <w:rPr>
          <w:b/>
        </w:rPr>
        <w:t>[points]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Led the </w:t>
      </w:r>
      <w:r>
        <w:rPr>
          <w:b/>
        </w:rPr>
        <w:t>[launch]</w:t>
      </w:r>
      <w:r>
        <w:rPr>
          <w:b w:val="0"/>
        </w:rPr>
        <w:t xml:space="preserve"> from concept to shelf with R&amp;D, supply chain and </w:t>
      </w:r>
      <w:r>
        <w:rPr>
          <w:b/>
        </w:rPr>
        <w:t>[number]</w:t>
      </w:r>
      <w:r>
        <w:rPr>
          <w:b w:val="0"/>
        </w:rPr>
        <w:t xml:space="preserve"> agencies, reaching </w:t>
      </w:r>
      <w:r>
        <w:rPr>
          <w:b/>
        </w:rPr>
        <w:t>[result]</w:t>
      </w:r>
      <w:r>
        <w:rPr>
          <w:b w:val="0"/>
        </w:rPr>
        <w:t xml:space="preserve"> in its first year.</w:t>
      </w:r>
    </w:p>
    <w:p>
      <w:r>
        <w:rPr>
          <w:b w:val="0"/>
        </w:rPr>
        <w:t xml:space="preserve">- Repositioned </w:t>
      </w:r>
      <w:r>
        <w:rPr>
          <w:b/>
        </w:rPr>
        <w:t>[brand]</w:t>
      </w:r>
      <w:r>
        <w:rPr>
          <w:b w:val="0"/>
        </w:rPr>
        <w:t xml:space="preserve"> around </w:t>
      </w:r>
      <w:r>
        <w:rPr>
          <w:b/>
        </w:rPr>
        <w:t>[insight]</w:t>
      </w:r>
      <w:r>
        <w:rPr>
          <w:b w:val="0"/>
        </w:rPr>
        <w:t xml:space="preserve">, briefing a new campaign that lifted </w:t>
      </w:r>
      <w:r>
        <w:rPr>
          <w:b/>
        </w:rPr>
        <w:t>[brand health metric]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Cut </w:t>
      </w:r>
      <w:r>
        <w:rPr>
          <w:b/>
        </w:rPr>
        <w:t>[trade spend / production cost]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 xml:space="preserve"> by </w:t>
      </w:r>
      <w:r>
        <w:rPr>
          <w:b/>
        </w:rPr>
        <w:t>[method]</w:t>
      </w:r>
      <w:r>
        <w:rPr>
          <w:b w:val="0"/>
        </w:rPr>
        <w:t xml:space="preserve">, reinvesting it in </w:t>
      </w:r>
      <w:r>
        <w:rPr>
          <w:b/>
        </w:rPr>
        <w:t>[what]</w:t>
      </w:r>
      <w:r>
        <w:rPr>
          <w:b w:val="0"/>
        </w:rPr>
        <w:t>.</w:t>
      </w:r>
    </w:p>
    <w:p>
      <w:r>
        <w:rPr>
          <w:b w:val="0"/>
        </w:rPr>
        <w:t xml:space="preserve">- Managed </w:t>
      </w:r>
      <w:r>
        <w:rPr>
          <w:b/>
        </w:rPr>
        <w:t>[number]</w:t>
      </w:r>
      <w:r>
        <w:rPr>
          <w:b w:val="0"/>
        </w:rPr>
        <w:t xml:space="preserve"> agencies across creative, media and shopper, and </w:t>
      </w:r>
      <w:r>
        <w:rPr>
          <w:b/>
        </w:rPr>
        <w:t>[result of how you ran them]</w:t>
      </w:r>
      <w:r>
        <w:rPr>
          <w:b w:val="0"/>
        </w:rPr>
        <w:t>.</w:t>
      </w:r>
    </w:p>
    <w:p>
      <w:pPr>
        <w:pStyle w:val="Heading2"/>
      </w:pPr>
      <w:r>
        <w:t>Non-CPG brand manager</w:t>
      </w:r>
    </w:p>
    <w:p>
      <w:r>
        <w:rPr>
          <w:b w:val="0"/>
        </w:rPr>
        <w:t xml:space="preserve">- Rewrote the positioning for </w:t>
      </w:r>
      <w:r>
        <w:rPr>
          <w:b/>
        </w:rPr>
        <w:t>[product]</w:t>
      </w:r>
      <w:r>
        <w:rPr>
          <w:b w:val="0"/>
        </w:rPr>
        <w:t xml:space="preserve"> after </w:t>
      </w:r>
      <w:r>
        <w:rPr>
          <w:b/>
        </w:rPr>
        <w:t>[number]</w:t>
      </w:r>
      <w:r>
        <w:rPr>
          <w:b w:val="0"/>
        </w:rPr>
        <w:t xml:space="preserve"> customer interviews, adopted across </w:t>
      </w:r>
      <w:r>
        <w:rPr>
          <w:b/>
        </w:rPr>
        <w:t>[website, sales deck, onboarding]</w:t>
      </w:r>
      <w:r>
        <w:rPr>
          <w:b w:val="0"/>
        </w:rPr>
        <w:t>.</w:t>
      </w:r>
    </w:p>
    <w:p>
      <w:r>
        <w:rPr>
          <w:b w:val="0"/>
        </w:rPr>
        <w:t xml:space="preserve">- Led the </w:t>
      </w:r>
      <w:r>
        <w:rPr>
          <w:b/>
        </w:rPr>
        <w:t>[rebrand / launch campaign]</w:t>
      </w:r>
      <w:r>
        <w:rPr>
          <w:b w:val="0"/>
        </w:rPr>
        <w:t xml:space="preserve"> across </w:t>
      </w:r>
      <w:r>
        <w:rPr>
          <w:b/>
        </w:rPr>
        <w:t>[channels]</w:t>
      </w:r>
      <w:r>
        <w:rPr>
          <w:b w:val="0"/>
        </w:rPr>
        <w:t xml:space="preserve">, growing </w:t>
      </w:r>
      <w:r>
        <w:rPr>
          <w:b/>
        </w:rPr>
        <w:t>[awareness / branded search / sign-ups]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 xml:space="preserve"> over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Built the brand tracking program with </w:t>
      </w:r>
      <w:r>
        <w:rPr>
          <w:b/>
        </w:rPr>
        <w:t>[vendor or method]</w:t>
      </w:r>
      <w:r>
        <w:rPr>
          <w:b w:val="0"/>
        </w:rPr>
        <w:t xml:space="preserve">, giving leadership a </w:t>
      </w:r>
      <w:r>
        <w:rPr>
          <w:b/>
        </w:rPr>
        <w:t>[quarterly / monthly]</w:t>
      </w:r>
      <w:r>
        <w:rPr>
          <w:b w:val="0"/>
        </w:rPr>
        <w:t xml:space="preserve"> read on </w:t>
      </w:r>
      <w:r>
        <w:rPr>
          <w:b/>
        </w:rPr>
        <w:t>[metrics]</w:t>
      </w:r>
      <w:r>
        <w:rPr>
          <w:b w:val="0"/>
        </w:rPr>
        <w:t>.</w:t>
      </w:r>
    </w:p>
    <w:p>
      <w:r>
        <w:rPr>
          <w:b w:val="0"/>
        </w:rPr>
        <w:t xml:space="preserve">- Worked with product and growth to </w:t>
      </w:r>
      <w:r>
        <w:rPr>
          <w:b/>
        </w:rPr>
        <w:t>[result: improve conversion on a landing page, shape a feature launch]</w:t>
      </w:r>
      <w:r>
        <w:rPr>
          <w:b w:val="0"/>
        </w:rPr>
        <w:t>.</w:t>
      </w:r>
    </w:p>
    <w:p>
      <w:pPr>
        <w:pStyle w:val="Heading2"/>
      </w:pPr>
      <w:r>
        <w:t>Senior brand manager or brand director</w:t>
      </w:r>
    </w:p>
    <w:p>
      <w:r>
        <w:rPr>
          <w:b w:val="0"/>
        </w:rPr>
        <w:t xml:space="preserve">- Led a portfolio of </w:t>
      </w:r>
      <w:r>
        <w:rPr>
          <w:b/>
        </w:rPr>
        <w:t>[number]</w:t>
      </w:r>
      <w:r>
        <w:rPr>
          <w:b w:val="0"/>
        </w:rPr>
        <w:t xml:space="preserve"> brands worth </w:t>
      </w:r>
      <w:r>
        <w:rPr>
          <w:b/>
        </w:rPr>
        <w:t>[revenue size]</w:t>
      </w:r>
      <w:r>
        <w:rPr>
          <w:b w:val="0"/>
        </w:rPr>
        <w:t xml:space="preserve">, managing a team of </w:t>
      </w:r>
      <w:r>
        <w:rPr>
          <w:b/>
        </w:rPr>
        <w:t>[number]</w:t>
      </w:r>
      <w:r>
        <w:rPr>
          <w:b w:val="0"/>
        </w:rPr>
        <w:t>.</w:t>
      </w:r>
    </w:p>
    <w:p>
      <w:r>
        <w:rPr>
          <w:b w:val="0"/>
        </w:rPr>
        <w:t xml:space="preserve">- Set the </w:t>
      </w:r>
      <w:r>
        <w:rPr>
          <w:b/>
        </w:rPr>
        <w:t>[three-year / annual]</w:t>
      </w:r>
      <w:r>
        <w:rPr>
          <w:b w:val="0"/>
        </w:rPr>
        <w:t xml:space="preserve"> brand strategy, agreed with </w:t>
      </w:r>
      <w:r>
        <w:rPr>
          <w:b/>
        </w:rPr>
        <w:t>[finance and sales leadership]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>.</w:t>
      </w:r>
    </w:p>
    <w:p>
      <w:r>
        <w:rPr>
          <w:b w:val="0"/>
        </w:rPr>
        <w:t xml:space="preserve">- Built the innovation pipeline, launching </w:t>
      </w:r>
      <w:r>
        <w:rPr>
          <w:b/>
        </w:rPr>
        <w:t>[number]</w:t>
      </w:r>
      <w:r>
        <w:rPr>
          <w:b w:val="0"/>
        </w:rPr>
        <w:t xml:space="preserve"> products that delivered </w:t>
      </w:r>
      <w:r>
        <w:rPr>
          <w:b/>
        </w:rPr>
        <w:t>[share of sales or growth]</w:t>
      </w:r>
      <w:r>
        <w:rPr>
          <w:b w:val="0"/>
        </w:rPr>
        <w:t>.</w:t>
      </w:r>
    </w:p>
    <w:p>
      <w:r>
        <w:rPr>
          <w:b w:val="0"/>
        </w:rPr>
        <w:t xml:space="preserve">- Presented brand plans to </w:t>
      </w:r>
      <w:r>
        <w:rPr>
          <w:b/>
        </w:rPr>
        <w:t>[the executive team / retailer leadership]</w:t>
      </w:r>
      <w:r>
        <w:rPr>
          <w:b w:val="0"/>
        </w:rPr>
        <w:t xml:space="preserve">, securing </w:t>
      </w:r>
      <w:r>
        <w:rPr>
          <w:b/>
        </w:rPr>
        <w:t>[budget or commitment]</w:t>
      </w:r>
      <w:r>
        <w:rPr>
          <w:b w:val="0"/>
        </w:rPr>
        <w:t>.</w:t>
      </w:r>
    </w:p>
    <w:p>
      <w:pPr>
        <w:pStyle w:val="Heading2"/>
      </w:pPr>
      <w:r>
        <w:t>Brand manager resume template</w:t>
      </w:r>
    </w:p>
    <w:p>
      <w:r>
        <w:rPr>
          <w:b/>
        </w:rPr>
        <w:t>[Your name]</w:t>
      </w:r>
    </w:p>
    <w:p>
      <w:r>
        <w:rPr>
          <w:b/>
        </w:rPr>
        <w:t>[City]</w:t>
      </w:r>
      <w:r>
        <w:rPr>
          <w:b w:val="0"/>
        </w:rPr>
        <w:t xml:space="preserve"> · </w:t>
      </w:r>
      <w:r>
        <w:rPr>
          <w:b/>
        </w:rPr>
        <w:t>[email]</w:t>
      </w:r>
      <w:r>
        <w:rPr>
          <w:b w:val="0"/>
        </w:rPr>
        <w:t xml:space="preserve"> · </w:t>
      </w:r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/>
    <w:p>
      <w:r>
        <w:rPr>
          <w:b w:val="0"/>
        </w:rPr>
        <w:t>SUMMARY</w:t>
      </w:r>
    </w:p>
    <w:p>
      <w:r>
        <w:rPr>
          <w:b/>
        </w:rPr>
        <w:t>[Level]</w:t>
      </w:r>
      <w:r>
        <w:rPr>
          <w:b w:val="0"/>
        </w:rPr>
        <w:t xml:space="preserve"> brand manager in </w:t>
      </w:r>
      <w:r>
        <w:rPr>
          <w:b/>
        </w:rPr>
        <w:t>[category]</w:t>
      </w:r>
      <w:r>
        <w:rPr>
          <w:b w:val="0"/>
        </w:rPr>
        <w:t xml:space="preserve"> with </w:t>
      </w:r>
      <w:r>
        <w:rPr>
          <w:b/>
        </w:rPr>
        <w:t>[number]</w:t>
      </w:r>
      <w:r>
        <w:rPr>
          <w:b w:val="0"/>
        </w:rPr>
        <w:t xml:space="preserve"> years running </w:t>
      </w:r>
      <w:r>
        <w:rPr>
          <w:b/>
        </w:rPr>
        <w:t>[brand type]</w:t>
      </w:r>
      <w:r>
        <w:rPr>
          <w:b w:val="0"/>
        </w:rPr>
        <w:t xml:space="preserve"> brands. Grew </w:t>
      </w:r>
      <w:r>
        <w:rPr>
          <w:b/>
        </w:rPr>
        <w:t>[brand]</w:t>
      </w:r>
      <w:r>
        <w:rPr>
          <w:b w:val="0"/>
        </w:rPr>
        <w:t xml:space="preserve"> </w:t>
      </w:r>
      <w:r>
        <w:rPr>
          <w:b/>
        </w:rPr>
        <w:t>[result]</w:t>
      </w:r>
      <w:r>
        <w:rPr>
          <w:b w:val="0"/>
        </w:rPr>
        <w:t xml:space="preserve"> by </w:t>
      </w:r>
      <w:r>
        <w:rPr>
          <w:b/>
        </w:rPr>
        <w:t>[what you did]</w:t>
      </w:r>
      <w:r>
        <w:rPr>
          <w:b w:val="0"/>
        </w:rPr>
        <w:t xml:space="preserve">. Strongest at </w:t>
      </w:r>
      <w:r>
        <w:rPr>
          <w:b/>
        </w:rPr>
        <w:t>[consumer insight / innovation / portfolio strategy]</w:t>
      </w:r>
      <w:r>
        <w:rPr>
          <w:b w:val="0"/>
        </w:rPr>
        <w:t>.</w:t>
      </w:r>
    </w:p>
    <w:p/>
    <w:p>
      <w:r>
        <w:rPr>
          <w:b w:val="0"/>
        </w:rPr>
        <w:t>EXPERIENCE</w:t>
      </w:r>
    </w:p>
    <w:p>
      <w:r>
        <w:rPr>
          <w:b/>
        </w:rPr>
        <w:t>[Title]</w:t>
      </w:r>
      <w:r>
        <w:rPr>
          <w:b w:val="0"/>
        </w:rPr>
        <w:t xml:space="preserve"> · </w:t>
      </w:r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[Brand(s)]</w:t>
      </w:r>
      <w:r>
        <w:rPr>
          <w:b w:val="0"/>
        </w:rPr>
        <w:t xml:space="preserve">, </w:t>
      </w:r>
      <w:r>
        <w:rPr>
          <w:b/>
        </w:rPr>
        <w:t>[scale, e.g. retail sales or markets]</w:t>
      </w:r>
      <w:r>
        <w:rPr>
          <w:b w:val="0"/>
        </w:rPr>
        <w:t xml:space="preserve"> · </w:t>
      </w:r>
      <w:r>
        <w:rPr>
          <w:b/>
        </w:rPr>
        <w:t>[Dates]</w:t>
      </w:r>
    </w:p>
    <w:p>
      <w:r>
        <w:rPr>
          <w:b w:val="0"/>
        </w:rPr>
        <w:t xml:space="preserve">- Grew </w:t>
      </w:r>
      <w:r>
        <w:rPr>
          <w:b/>
        </w:rPr>
        <w:t>[brand]</w:t>
      </w:r>
      <w:r>
        <w:rPr>
          <w:b w:val="0"/>
        </w:rPr>
        <w:t xml:space="preserve"> </w:t>
      </w:r>
      <w:r>
        <w:rPr>
          <w:b/>
        </w:rPr>
        <w:t>[sales / share / margin]</w:t>
      </w:r>
      <w:r>
        <w:rPr>
          <w:b w:val="0"/>
        </w:rPr>
        <w:t xml:space="preserve"> by </w:t>
      </w:r>
      <w:r>
        <w:rPr>
          <w:b/>
        </w:rPr>
        <w:t>[number]</w:t>
      </w:r>
      <w:r>
        <w:rPr>
          <w:b w:val="0"/>
        </w:rPr>
        <w:t xml:space="preserve"> by </w:t>
      </w:r>
      <w:r>
        <w:rPr>
          <w:b/>
        </w:rPr>
        <w:t>[decision you made and how]</w:t>
      </w:r>
      <w:r>
        <w:rPr>
          <w:b w:val="0"/>
        </w:rPr>
        <w:t>.</w:t>
      </w:r>
    </w:p>
    <w:p>
      <w:r>
        <w:rPr>
          <w:b w:val="0"/>
        </w:rPr>
        <w:t xml:space="preserve">- Led </w:t>
      </w:r>
      <w:r>
        <w:rPr>
          <w:b/>
        </w:rPr>
        <w:t>[launch / relaunch]</w:t>
      </w:r>
      <w:r>
        <w:rPr>
          <w:b w:val="0"/>
        </w:rPr>
        <w:t xml:space="preserve"> of </w:t>
      </w:r>
      <w:r>
        <w:rPr>
          <w:b/>
        </w:rPr>
        <w:t>[product]</w:t>
      </w:r>
      <w:r>
        <w:rPr>
          <w:b w:val="0"/>
        </w:rPr>
        <w:t xml:space="preserve"> with </w:t>
      </w:r>
      <w:r>
        <w:rPr>
          <w:b/>
        </w:rPr>
        <w:t>[agency, sales, R&amp;D]</w:t>
      </w:r>
      <w:r>
        <w:rPr>
          <w:b w:val="0"/>
        </w:rPr>
        <w:t xml:space="preserve">; </w:t>
      </w:r>
      <w:r>
        <w:rPr>
          <w:b/>
        </w:rPr>
        <w:t>[result]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Built </w:t>
      </w:r>
      <w:r>
        <w:rPr>
          <w:b/>
        </w:rPr>
        <w:t>[plan or test]</w:t>
      </w:r>
      <w:r>
        <w:rPr>
          <w:b w:val="0"/>
        </w:rPr>
        <w:t xml:space="preserve"> from </w:t>
      </w:r>
      <w:r>
        <w:rPr>
          <w:b/>
        </w:rPr>
        <w:t>[consumer insight]</w:t>
      </w:r>
      <w:r>
        <w:rPr>
          <w:b w:val="0"/>
        </w:rPr>
        <w:t xml:space="preserve">;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/>
        </w:rPr>
        <w:t>[Previous title]</w:t>
      </w:r>
      <w:r>
        <w:rPr>
          <w:b w:val="0"/>
        </w:rPr>
        <w:t xml:space="preserve"> · </w:t>
      </w:r>
      <w:r>
        <w:rPr>
          <w:b/>
        </w:rPr>
        <w:t>[Company]</w:t>
      </w:r>
      <w:r>
        <w:rPr>
          <w:b w:val="0"/>
        </w:rPr>
        <w:t xml:space="preserve"> · </w:t>
      </w:r>
      <w:r>
        <w:rPr>
          <w:b/>
        </w:rPr>
        <w:t>[Dates]</w:t>
      </w:r>
    </w:p>
    <w:p>
      <w:r>
        <w:rPr>
          <w:b w:val="0"/>
        </w:rPr>
        <w:t xml:space="preserve">- </w:t>
      </w:r>
      <w:r>
        <w:rPr>
          <w:b/>
        </w:rPr>
        <w:t>[Result-first bullet]</w:t>
      </w:r>
    </w:p>
    <w:p>
      <w:r>
        <w:rPr>
          <w:b w:val="0"/>
        </w:rPr>
        <w:t xml:space="preserve">- </w:t>
      </w:r>
      <w:r>
        <w:rPr>
          <w:b/>
        </w:rPr>
        <w:t>[Result-first bullet]</w:t>
      </w:r>
    </w:p>
    <w:p/>
    <w:p>
      <w:r>
        <w:rPr>
          <w:b w:val="0"/>
        </w:rPr>
        <w:t>SKILLS</w:t>
      </w:r>
    </w:p>
    <w:p>
      <w:r>
        <w:rPr>
          <w:b/>
        </w:rPr>
        <w:t>[Consumer insight, P&amp;L management, innovation, agency management, the tools and data sources in the posting]</w:t>
      </w:r>
    </w:p>
    <w:p/>
    <w:p>
      <w:r>
        <w:rPr>
          <w:b w:val="0"/>
        </w:rPr>
        <w:t>EDUCATION</w:t>
      </w:r>
    </w:p>
    <w:p>
      <w:r>
        <w:rPr>
          <w:b/>
        </w:rPr>
        <w:t>[Degree]</w:t>
      </w:r>
      <w:r>
        <w:rPr>
          <w:b w:val="0"/>
        </w:rPr>
        <w:t xml:space="preserve">, </w:t>
      </w:r>
      <w:r>
        <w:rPr>
          <w:b/>
        </w:rPr>
        <w:t>[School]</w:t>
      </w:r>
      <w:r>
        <w:rPr>
          <w:b w:val="0"/>
        </w:rPr>
        <w:t xml:space="preserve"> · </w:t>
      </w:r>
      <w:r>
        <w:rPr>
          <w:b/>
        </w:rPr>
        <w:t>[MBA if you have one]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