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Brand Ambassador Job Description: Templates by Type</w:t>
      </w:r>
    </w:p>
    <w:p>
      <w:r>
        <w:t>Templates from https://knowtheroom.ai/career-guides/brand-ambassador-job-description/ · Replace everything in [brackets].</w:t>
      </w:r>
    </w:p>
    <w:p>
      <w:pPr>
        <w:pStyle w:val="Heading2"/>
      </w:pPr>
      <w:r>
        <w:t>Event or retail brand ambassador</w:t>
      </w:r>
    </w:p>
    <w:p>
      <w:r>
        <w:rPr>
          <w:b w:val="0"/>
        </w:rPr>
        <w:t xml:space="preserve">Job title: Brand Ambassador, </w:t>
      </w:r>
      <w:r>
        <w:rPr>
          <w:b/>
        </w:rPr>
        <w:t>[Brand]</w:t>
      </w:r>
      <w:r>
        <w:rPr>
          <w:b w:val="0"/>
        </w:rPr>
        <w:t xml:space="preserve"> (</w:t>
      </w:r>
      <w:r>
        <w:rPr>
          <w:b/>
        </w:rPr>
        <w:t>[Events / Retail]</w:t>
      </w:r>
      <w:r>
        <w:rPr>
          <w:b w:val="0"/>
        </w:rPr>
        <w:t xml:space="preserve">, </w:t>
      </w:r>
      <w:r>
        <w:rPr>
          <w:b/>
        </w:rPr>
        <w:t>[City or region]</w:t>
      </w:r>
      <w:r>
        <w:rPr>
          <w:b w:val="0"/>
        </w:rPr>
        <w:t>)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Represent </w:t>
      </w:r>
      <w:r>
        <w:rPr>
          <w:b/>
        </w:rPr>
        <w:t>[Brand]</w:t>
      </w:r>
      <w:r>
        <w:rPr>
          <w:b w:val="0"/>
        </w:rPr>
        <w:t xml:space="preserve"> at </w:t>
      </w:r>
      <w:r>
        <w:rPr>
          <w:b/>
        </w:rPr>
        <w:t>[events / stores]</w:t>
      </w:r>
      <w:r>
        <w:rPr>
          <w:b w:val="0"/>
        </w:rPr>
        <w:t xml:space="preserve"> in </w:t>
      </w:r>
      <w:r>
        <w:rPr>
          <w:b/>
        </w:rPr>
        <w:t>[area]</w:t>
      </w:r>
      <w:r>
        <w:rPr>
          <w:b w:val="0"/>
        </w:rPr>
        <w:t xml:space="preserve">. You'll introduce shoppers to </w:t>
      </w:r>
      <w:r>
        <w:rPr>
          <w:b/>
        </w:rPr>
        <w:t>[product]</w:t>
      </w:r>
      <w:r>
        <w:rPr>
          <w:b w:val="0"/>
        </w:rPr>
        <w:t>, run demos and sampling, and share what customers tell you with our marketing team.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Start conversations with shoppers and explain </w:t>
      </w:r>
      <w:r>
        <w:rPr>
          <w:b/>
        </w:rPr>
        <w:t>[product]</w:t>
      </w:r>
      <w:r>
        <w:rPr>
          <w:b w:val="0"/>
        </w:rPr>
        <w:t xml:space="preserve"> clearly and honestly.</w:t>
      </w:r>
    </w:p>
    <w:p>
      <w:r>
        <w:rPr>
          <w:b w:val="0"/>
        </w:rPr>
        <w:t>- Run demos and sampling to brand and safety standards.</w:t>
      </w:r>
    </w:p>
    <w:p>
      <w:r>
        <w:rPr>
          <w:b w:val="0"/>
        </w:rPr>
        <w:t xml:space="preserve">- Capture </w:t>
      </w:r>
      <w:r>
        <w:rPr>
          <w:b/>
        </w:rPr>
        <w:t>[sign-ups / survey answers / sales]</w:t>
      </w:r>
      <w:r>
        <w:rPr>
          <w:b w:val="0"/>
        </w:rPr>
        <w:t xml:space="preserve"> using </w:t>
      </w:r>
      <w:r>
        <w:rPr>
          <w:b/>
        </w:rPr>
        <w:t>[app or form]</w:t>
      </w:r>
      <w:r>
        <w:rPr>
          <w:b w:val="0"/>
        </w:rPr>
        <w:t>.</w:t>
      </w:r>
    </w:p>
    <w:p>
      <w:r>
        <w:rPr>
          <w:b w:val="0"/>
        </w:rPr>
        <w:t xml:space="preserve">- Set up and break down the </w:t>
      </w:r>
      <w:r>
        <w:rPr>
          <w:b/>
        </w:rPr>
        <w:t>[booth / display]</w:t>
      </w:r>
      <w:r>
        <w:rPr>
          <w:b w:val="0"/>
        </w:rPr>
        <w:t xml:space="preserve"> and keep it stocked.</w:t>
      </w:r>
    </w:p>
    <w:p>
      <w:r>
        <w:rPr>
          <w:b w:val="0"/>
        </w:rPr>
        <w:t>- Report results and customer feedback after every shift.</w:t>
      </w:r>
    </w:p>
    <w:p/>
    <w:p>
      <w:r>
        <w:rPr>
          <w:b w:val="0"/>
        </w:rPr>
        <w:t>What we're looking for</w:t>
      </w:r>
    </w:p>
    <w:p>
      <w:r>
        <w:rPr>
          <w:b w:val="0"/>
        </w:rPr>
        <w:t>- Comfortable approaching strangers and keeping a conversation friendly.</w:t>
      </w:r>
    </w:p>
    <w:p>
      <w:r>
        <w:rPr>
          <w:b w:val="0"/>
        </w:rPr>
        <w:t xml:space="preserve">- Reliable and on time, with availability on </w:t>
      </w:r>
      <w:r>
        <w:rPr>
          <w:b/>
        </w:rPr>
        <w:t>[weekends / evenings]</w:t>
      </w:r>
      <w:r>
        <w:rPr>
          <w:b w:val="0"/>
        </w:rPr>
        <w:t>.</w:t>
      </w:r>
    </w:p>
    <w:p>
      <w:r>
        <w:rPr>
          <w:b w:val="0"/>
        </w:rPr>
        <w:t xml:space="preserve">- Able to stand for [X] hours and lift [X] lbs </w:t>
      </w:r>
      <w:r>
        <w:rPr>
          <w:b/>
        </w:rPr>
        <w:t>[if true]</w:t>
      </w:r>
      <w:r>
        <w:rPr>
          <w:b w:val="0"/>
        </w:rPr>
        <w:t>.</w:t>
      </w:r>
    </w:p>
    <w:p>
      <w:r>
        <w:rPr>
          <w:b w:val="0"/>
        </w:rPr>
        <w:t>- [Age or license requirement, e.g. 21+ for alcohol sampling; a valid driver's license].</w:t>
      </w:r>
    </w:p>
    <w:p>
      <w:r>
        <w:rPr>
          <w:b w:val="0"/>
        </w:rPr>
        <w:t>- Experience in retail, hospitality or events is a plus.</w:t>
      </w:r>
    </w:p>
    <w:p/>
    <w:p>
      <w:r>
        <w:rPr>
          <w:b w:val="0"/>
        </w:rPr>
        <w:t>Schedule and pay</w:t>
      </w:r>
    </w:p>
    <w:p>
      <w:r>
        <w:rPr>
          <w:b/>
        </w:rPr>
        <w:t>[Shifts per week]</w:t>
      </w:r>
      <w:r>
        <w:rPr>
          <w:b w:val="0"/>
        </w:rPr>
        <w:t xml:space="preserve">, </w:t>
      </w:r>
      <w:r>
        <w:rPr>
          <w:b/>
        </w:rPr>
        <w:t>[hourly rate]</w:t>
      </w:r>
      <w:r>
        <w:rPr>
          <w:b w:val="0"/>
        </w:rPr>
        <w:t xml:space="preserve">, </w:t>
      </w:r>
      <w:r>
        <w:rPr>
          <w:b/>
        </w:rPr>
        <w:t>[whether training, travel time and mileage are paid]</w:t>
      </w:r>
      <w:r>
        <w:rPr>
          <w:b w:val="0"/>
        </w:rPr>
        <w:t>.</w:t>
      </w:r>
    </w:p>
    <w:p>
      <w:pPr>
        <w:pStyle w:val="Heading2"/>
      </w:pPr>
      <w:r>
        <w:t>Campus brand ambassador</w:t>
      </w:r>
    </w:p>
    <w:p>
      <w:r>
        <w:rPr>
          <w:b w:val="0"/>
        </w:rPr>
        <w:t xml:space="preserve">Job title: Campus Ambassador, </w:t>
      </w:r>
      <w:r>
        <w:rPr>
          <w:b/>
        </w:rPr>
        <w:t>[Brand]</w:t>
      </w:r>
      <w:r>
        <w:rPr>
          <w:b w:val="0"/>
        </w:rPr>
        <w:t xml:space="preserve"> at </w:t>
      </w:r>
      <w:r>
        <w:rPr>
          <w:b/>
        </w:rPr>
        <w:t>[School]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Help students at </w:t>
      </w:r>
      <w:r>
        <w:rPr>
          <w:b/>
        </w:rPr>
        <w:t>[School]</w:t>
      </w:r>
      <w:r>
        <w:rPr>
          <w:b w:val="0"/>
        </w:rPr>
        <w:t xml:space="preserve"> discover </w:t>
      </w:r>
      <w:r>
        <w:rPr>
          <w:b/>
        </w:rPr>
        <w:t>[product]</w:t>
      </w:r>
      <w:r>
        <w:rPr>
          <w:b w:val="0"/>
        </w:rPr>
        <w:t xml:space="preserve">. You'll plan small events, post about </w:t>
      </w:r>
      <w:r>
        <w:rPr>
          <w:b/>
        </w:rPr>
        <w:t>[Brand]</w:t>
      </w:r>
      <w:r>
        <w:rPr>
          <w:b w:val="0"/>
        </w:rPr>
        <w:t xml:space="preserve"> on your own channels and tell us what students think.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Run [X] campus events or activations per </w:t>
      </w:r>
      <w:r>
        <w:rPr>
          <w:b/>
        </w:rPr>
        <w:t>[month / semester]</w:t>
      </w:r>
      <w:r>
        <w:rPr>
          <w:b w:val="0"/>
        </w:rPr>
        <w:t>.</w:t>
      </w:r>
    </w:p>
    <w:p>
      <w:r>
        <w:rPr>
          <w:b w:val="0"/>
        </w:rPr>
        <w:t>- Share [X] posts per month on your social channels, with a clear disclosure.</w:t>
      </w:r>
    </w:p>
    <w:p>
      <w:r>
        <w:rPr>
          <w:b w:val="0"/>
        </w:rPr>
        <w:t>- Grow sign-ups using your referral link or code.</w:t>
      </w:r>
    </w:p>
    <w:p>
      <w:r>
        <w:rPr>
          <w:b w:val="0"/>
        </w:rPr>
        <w:t xml:space="preserve">- Recruit and coordinate [X] student volunteers for events </w:t>
      </w:r>
      <w:r>
        <w:rPr>
          <w:b/>
        </w:rPr>
        <w:t>[if applicable]</w:t>
      </w:r>
      <w:r>
        <w:rPr>
          <w:b w:val="0"/>
        </w:rPr>
        <w:t>.</w:t>
      </w:r>
    </w:p>
    <w:p>
      <w:r>
        <w:rPr>
          <w:b w:val="0"/>
        </w:rPr>
        <w:t>- Join a monthly call and send a short report on results and feedback.</w:t>
      </w:r>
    </w:p>
    <w:p/>
    <w:p>
      <w:r>
        <w:rPr>
          <w:b w:val="0"/>
        </w:rPr>
        <w:t>What we're looking for</w:t>
      </w:r>
    </w:p>
    <w:p>
      <w:r>
        <w:rPr>
          <w:b w:val="0"/>
        </w:rPr>
        <w:t xml:space="preserve">- Enrolled at </w:t>
      </w:r>
      <w:r>
        <w:rPr>
          <w:b/>
        </w:rPr>
        <w:t>[School]</w:t>
      </w:r>
      <w:r>
        <w:rPr>
          <w:b w:val="0"/>
        </w:rPr>
        <w:t xml:space="preserve"> through </w:t>
      </w:r>
      <w:r>
        <w:rPr>
          <w:b/>
        </w:rPr>
        <w:t>[term]</w:t>
      </w:r>
      <w:r>
        <w:rPr>
          <w:b w:val="0"/>
        </w:rPr>
        <w:t>.</w:t>
      </w:r>
    </w:p>
    <w:p>
      <w:r>
        <w:rPr>
          <w:b w:val="0"/>
        </w:rPr>
        <w:t>- Involved on campus: clubs, teams, student media or residence life.</w:t>
      </w:r>
    </w:p>
    <w:p>
      <w:r>
        <w:rPr>
          <w:b w:val="0"/>
        </w:rPr>
        <w:t>- Comfortable creating short-form content and speaking to groups.</w:t>
      </w:r>
    </w:p>
    <w:p>
      <w:r>
        <w:rPr>
          <w:b w:val="0"/>
        </w:rPr>
        <w:t>- Organized, with [X] hours a week available.</w:t>
      </w:r>
    </w:p>
    <w:p/>
    <w:p>
      <w:r>
        <w:rPr>
          <w:b w:val="0"/>
        </w:rPr>
        <w:t>What you'll get</w:t>
      </w:r>
    </w:p>
    <w:p>
      <w:r>
        <w:rPr>
          <w:b/>
        </w:rPr>
        <w:t>[Stipend or pay]</w:t>
      </w:r>
      <w:r>
        <w:rPr>
          <w:b w:val="0"/>
        </w:rPr>
        <w:t xml:space="preserve">, </w:t>
      </w:r>
      <w:r>
        <w:rPr>
          <w:b/>
        </w:rPr>
        <w:t>[product]</w:t>
      </w:r>
      <w:r>
        <w:rPr>
          <w:b w:val="0"/>
        </w:rPr>
        <w:t xml:space="preserve">, </w:t>
      </w:r>
      <w:r>
        <w:rPr>
          <w:b/>
        </w:rPr>
        <w:t>[training]</w:t>
      </w:r>
      <w:r>
        <w:rPr>
          <w:b w:val="0"/>
        </w:rPr>
        <w:t xml:space="preserve">, </w:t>
      </w:r>
      <w:r>
        <w:rPr>
          <w:b/>
        </w:rPr>
        <w:t>[a reference or portfolio work]</w:t>
      </w:r>
      <w:r>
        <w:rPr>
          <w:b w:val="0"/>
        </w:rPr>
        <w:t>.</w:t>
      </w:r>
    </w:p>
    <w:p>
      <w:pPr>
        <w:pStyle w:val="Heading2"/>
      </w:pPr>
      <w:r>
        <w:t>Social media brand ambassador</w:t>
      </w:r>
    </w:p>
    <w:p>
      <w:r>
        <w:rPr>
          <w:b w:val="0"/>
        </w:rPr>
        <w:t>Job title: Brand Ambassador (</w:t>
      </w:r>
      <w:r>
        <w:rPr>
          <w:b/>
        </w:rPr>
        <w:t>[Social program]</w:t>
      </w:r>
      <w:r>
        <w:rPr>
          <w:b w:val="0"/>
        </w:rPr>
        <w:t xml:space="preserve">), </w:t>
      </w:r>
      <w:r>
        <w:rPr>
          <w:b/>
        </w:rPr>
        <w:t>[Brand]</w:t>
      </w:r>
    </w:p>
    <w:p/>
    <w:p>
      <w:r>
        <w:rPr>
          <w:b w:val="0"/>
        </w:rPr>
        <w:t>About the program</w:t>
      </w:r>
    </w:p>
    <w:p>
      <w:r>
        <w:rPr>
          <w:b w:val="0"/>
        </w:rPr>
        <w:t xml:space="preserve">We're looking for </w:t>
      </w:r>
      <w:r>
        <w:rPr>
          <w:b/>
        </w:rPr>
        <w:t>[creators / customers / fans]</w:t>
      </w:r>
      <w:r>
        <w:rPr>
          <w:b w:val="0"/>
        </w:rPr>
        <w:t xml:space="preserve"> who already love </w:t>
      </w:r>
      <w:r>
        <w:rPr>
          <w:b/>
        </w:rPr>
        <w:t>[product category]</w:t>
      </w:r>
      <w:r>
        <w:rPr>
          <w:b w:val="0"/>
        </w:rPr>
        <w:t xml:space="preserve"> to share </w:t>
      </w:r>
      <w:r>
        <w:rPr>
          <w:b/>
        </w:rPr>
        <w:t>[Brand]</w:t>
      </w:r>
      <w:r>
        <w:rPr>
          <w:b w:val="0"/>
        </w:rPr>
        <w:t xml:space="preserve"> with their audience.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Create [X] posts, stories or videos per </w:t>
      </w:r>
      <w:r>
        <w:rPr>
          <w:b/>
        </w:rPr>
        <w:t>[month]</w:t>
      </w:r>
      <w:r>
        <w:rPr>
          <w:b w:val="0"/>
        </w:rPr>
        <w:t xml:space="preserve"> featuring </w:t>
      </w:r>
      <w:r>
        <w:rPr>
          <w:b/>
        </w:rPr>
        <w:t>[product]</w:t>
      </w:r>
      <w:r>
        <w:rPr>
          <w:b w:val="0"/>
        </w:rPr>
        <w:t>, in your own voice.</w:t>
      </w:r>
    </w:p>
    <w:p>
      <w:r>
        <w:rPr>
          <w:b w:val="0"/>
        </w:rPr>
        <w:t xml:space="preserve">- Disclose your relationship with </w:t>
      </w:r>
      <w:r>
        <w:rPr>
          <w:b/>
        </w:rPr>
        <w:t>[Brand]</w:t>
      </w:r>
      <w:r>
        <w:rPr>
          <w:b w:val="0"/>
        </w:rPr>
        <w:t xml:space="preserve"> clearly on every post, following our guidelines.</w:t>
      </w:r>
    </w:p>
    <w:p>
      <w:r>
        <w:rPr>
          <w:b w:val="0"/>
        </w:rPr>
        <w:t>- Share your link or code and report results each month.</w:t>
      </w:r>
    </w:p>
    <w:p>
      <w:r>
        <w:rPr>
          <w:b w:val="0"/>
        </w:rPr>
        <w:t xml:space="preserve">- Give honest feedback on new products before launch </w:t>
      </w:r>
      <w:r>
        <w:rPr>
          <w:b/>
        </w:rPr>
        <w:t>[if applicable]</w:t>
      </w:r>
      <w:r>
        <w:rPr>
          <w:b w:val="0"/>
        </w:rPr>
        <w:t>.</w:t>
      </w:r>
    </w:p>
    <w:p/>
    <w:p>
      <w:r>
        <w:rPr>
          <w:b w:val="0"/>
        </w:rPr>
        <w:t>What we're looking for</w:t>
      </w:r>
    </w:p>
    <w:p>
      <w:r>
        <w:rPr>
          <w:b w:val="0"/>
        </w:rPr>
        <w:t xml:space="preserve">- An active account on </w:t>
      </w:r>
      <w:r>
        <w:rPr>
          <w:b/>
        </w:rPr>
        <w:t>[platforms]</w:t>
      </w:r>
      <w:r>
        <w:rPr>
          <w:b w:val="0"/>
        </w:rPr>
        <w:t xml:space="preserve"> with an audience that fits </w:t>
      </w:r>
      <w:r>
        <w:rPr>
          <w:b/>
        </w:rPr>
        <w:t>[category]</w:t>
      </w:r>
      <w:r>
        <w:rPr>
          <w:b w:val="0"/>
        </w:rPr>
        <w:t>.</w:t>
      </w:r>
    </w:p>
    <w:p>
      <w:r>
        <w:rPr>
          <w:b w:val="0"/>
        </w:rPr>
        <w:t>- Original content and a real connection with your followers.</w:t>
      </w:r>
    </w:p>
    <w:p>
      <w:r>
        <w:rPr>
          <w:b w:val="0"/>
        </w:rPr>
        <w:t>- Reliable posting and quick replies to our team.</w:t>
      </w:r>
    </w:p>
    <w:p/>
    <w:p>
      <w:r>
        <w:rPr>
          <w:b w:val="0"/>
        </w:rPr>
        <w:t>What you'll get</w:t>
      </w:r>
    </w:p>
    <w:p>
      <w:r>
        <w:rPr>
          <w:b/>
        </w:rPr>
        <w:t>[Free product / discount / commission rate / flat fee]</w:t>
      </w:r>
      <w:r>
        <w:rPr>
          <w:b w:val="0"/>
        </w:rPr>
        <w:t xml:space="preserve">, </w:t>
      </w:r>
      <w:r>
        <w:rPr>
          <w:b/>
        </w:rPr>
        <w:t>[early access]</w:t>
      </w:r>
      <w:r>
        <w:rPr>
          <w:b w:val="0"/>
        </w:rPr>
        <w:t xml:space="preserve">, </w:t>
      </w:r>
      <w:r>
        <w:rPr>
          <w:b/>
        </w:rPr>
        <w:t>[events]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