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Art Director Resume: Examples, Summary and What to Include</w:t>
      </w:r>
    </w:p>
    <w:p>
      <w:r>
        <w:t>Templates from https://knowtheroom.ai/career-guides/art-director-resume/ · Replace everything in [brackets].</w:t>
      </w:r>
    </w:p>
    <w:p>
      <w:pPr>
        <w:pStyle w:val="Heading2"/>
      </w:pPr>
      <w:r>
        <w:t>How do you write an art director resume summary?</w:t>
      </w:r>
    </w:p>
    <w:p>
      <w:r>
        <w:rPr>
          <w:b w:val="0"/>
        </w:rPr>
        <w:t xml:space="preserve">Art director with </w:t>
      </w:r>
      <w:r>
        <w:rPr>
          <w:b/>
        </w:rPr>
        <w:t>[number]</w:t>
      </w:r>
      <w:r>
        <w:rPr>
          <w:b w:val="0"/>
        </w:rPr>
        <w:t xml:space="preserve"> years at </w:t>
      </w:r>
      <w:r>
        <w:rPr>
          <w:b/>
        </w:rPr>
        <w:t>[agencies / brand teams]</w:t>
      </w:r>
      <w:r>
        <w:rPr>
          <w:b w:val="0"/>
        </w:rPr>
        <w:t xml:space="preserve"> making </w:t>
      </w:r>
      <w:r>
        <w:rPr>
          <w:b/>
        </w:rPr>
        <w:t>[kind of work: integrated campaigns / social-first content / packaging and retail]</w:t>
      </w:r>
      <w:r>
        <w:rPr>
          <w:b w:val="0"/>
        </w:rPr>
        <w:t xml:space="preserve"> for </w:t>
      </w:r>
      <w:r>
        <w:rPr>
          <w:b/>
        </w:rPr>
        <w:t>[categories or kinds of brands]</w:t>
      </w:r>
      <w:r>
        <w:rPr>
          <w:b w:val="0"/>
        </w:rPr>
        <w:t xml:space="preserve">. Recent work: </w:t>
      </w:r>
      <w:r>
        <w:rPr>
          <w:b/>
        </w:rPr>
        <w:t>[campaign or brand]</w:t>
      </w:r>
      <w:r>
        <w:rPr>
          <w:b w:val="0"/>
        </w:rPr>
        <w:t xml:space="preserve">, </w:t>
      </w:r>
      <w:r>
        <w:rPr>
          <w:b/>
        </w:rPr>
        <w:t>[one result or recognition]</w:t>
      </w:r>
      <w:r>
        <w:rPr>
          <w:b w:val="0"/>
        </w:rPr>
        <w:t>.</w:t>
      </w:r>
    </w:p>
    <w:p>
      <w:pPr>
        <w:pStyle w:val="Heading2"/>
      </w:pPr>
      <w:r>
        <w:t>How do you write an art director resume summary?</w:t>
      </w:r>
    </w:p>
    <w:p>
      <w:r>
        <w:rPr>
          <w:b w:val="0"/>
        </w:rPr>
        <w:t xml:space="preserve">In-house art director who built and runs </w:t>
      </w:r>
      <w:r>
        <w:rPr>
          <w:b/>
        </w:rPr>
        <w:t>[brand]</w:t>
      </w:r>
      <w:r>
        <w:rPr>
          <w:b w:val="0"/>
        </w:rPr>
        <w:t xml:space="preserve">'s visual system across </w:t>
      </w:r>
      <w:r>
        <w:rPr>
          <w:b/>
        </w:rPr>
        <w:t>[channels]</w:t>
      </w:r>
      <w:r>
        <w:rPr>
          <w:b w:val="0"/>
        </w:rPr>
        <w:t xml:space="preserve">. Lead shoots, direct a team of </w:t>
      </w:r>
      <w:r>
        <w:rPr>
          <w:b/>
        </w:rPr>
        <w:t>[number]</w:t>
      </w:r>
      <w:r>
        <w:rPr>
          <w:b w:val="0"/>
        </w:rPr>
        <w:t xml:space="preserve"> designers and ship </w:t>
      </w:r>
      <w:r>
        <w:rPr>
          <w:b/>
        </w:rPr>
        <w:t>[volume]</w:t>
      </w:r>
      <w:r>
        <w:rPr>
          <w:b w:val="0"/>
        </w:rPr>
        <w:t xml:space="preserve"> pieces a </w:t>
      </w:r>
      <w:r>
        <w:rPr>
          <w:b/>
        </w:rPr>
        <w:t>[month / quarter]</w:t>
      </w:r>
      <w:r>
        <w:rPr>
          <w:b w:val="0"/>
        </w:rPr>
        <w:t xml:space="preserve"> without losing the idea.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