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AEO Specialist: What an AI Search (GEO) Specialist Does</w:t>
      </w:r>
    </w:p>
    <w:p>
      <w:r>
        <w:t>Templates from https://knowtheroom.ai/career-guides/aeo-specialist/ · Replace everything in [brackets].</w:t>
      </w:r>
    </w:p>
    <w:p>
      <w:pPr>
        <w:pStyle w:val="Heading2"/>
      </w:pPr>
      <w:r>
        <w:t>AEO specialist job description</w:t>
      </w:r>
    </w:p>
    <w:p>
      <w:r>
        <w:rPr>
          <w:b w:val="0"/>
        </w:rPr>
        <w:t xml:space="preserve">Job title: AEO Specialist </w:t>
      </w:r>
      <w:r>
        <w:rPr>
          <w:b/>
        </w:rPr>
        <w:t>[or AI Search / GEO Specialist]</w:t>
      </w:r>
    </w:p>
    <w:p/>
    <w:p>
      <w:r>
        <w:rPr>
          <w:b w:val="0"/>
        </w:rPr>
        <w:t xml:space="preserve">About </w:t>
      </w:r>
      <w:r>
        <w:rPr>
          <w:b/>
        </w:rPr>
        <w:t>[Company]</w:t>
      </w:r>
    </w:p>
    <w:p>
      <w:r>
        <w:rPr>
          <w:b/>
        </w:rPr>
        <w:t>[Two sentences: what you sell, who buys it and how they research a purchase.]</w:t>
      </w:r>
    </w:p>
    <w:p/>
    <w:p>
      <w:r>
        <w:rPr>
          <w:b w:val="0"/>
        </w:rPr>
        <w:t>About the role</w:t>
      </w:r>
    </w:p>
    <w:p>
      <w:r>
        <w:rPr>
          <w:b w:val="0"/>
        </w:rPr>
        <w:t xml:space="preserve">We're hiring an AEO Specialist to grow how often and how accurately </w:t>
      </w:r>
      <w:r>
        <w:rPr>
          <w:b/>
        </w:rPr>
        <w:t>[Company]</w:t>
      </w:r>
      <w:r>
        <w:rPr>
          <w:b w:val="0"/>
        </w:rPr>
        <w:t xml:space="preserve"> appears in AI answers across </w:t>
      </w:r>
      <w:r>
        <w:rPr>
          <w:b/>
        </w:rPr>
        <w:t>[Google AI Overviews and AI Mode / ChatGPT / Perplexity / Copilot]</w:t>
      </w:r>
      <w:r>
        <w:rPr>
          <w:b w:val="0"/>
        </w:rPr>
        <w:t xml:space="preserve">. You'll sit in </w:t>
      </w:r>
      <w:r>
        <w:rPr>
          <w:b/>
        </w:rPr>
        <w:t>[SEO / content / brand]</w:t>
      </w:r>
      <w:r>
        <w:rPr>
          <w:b w:val="0"/>
        </w:rPr>
        <w:t xml:space="preserve"> and report to </w:t>
      </w:r>
      <w:r>
        <w:rPr>
          <w:b/>
        </w:rPr>
        <w:t>[title]</w:t>
      </w:r>
      <w:r>
        <w:rPr>
          <w:b w:val="0"/>
        </w:rPr>
        <w:t xml:space="preserve">, working with </w:t>
      </w:r>
      <w:r>
        <w:rPr>
          <w:b/>
        </w:rPr>
        <w:t>[content, PR, product marketing and web]</w:t>
      </w:r>
      <w:r>
        <w:rPr>
          <w:b w:val="0"/>
        </w:rPr>
        <w:t>.</w:t>
      </w:r>
    </w:p>
    <w:p/>
    <w:p>
      <w:r>
        <w:rPr>
          <w:b w:val="0"/>
        </w:rPr>
        <w:t>What you'll do</w:t>
      </w:r>
    </w:p>
    <w:p>
      <w:r>
        <w:rPr>
          <w:b w:val="0"/>
        </w:rPr>
        <w:t xml:space="preserve">- Build and run a tracked set of [X] prompts our customers ask, across </w:t>
      </w:r>
      <w:r>
        <w:rPr>
          <w:b/>
        </w:rPr>
        <w:t>[AI tools]</w:t>
      </w:r>
      <w:r>
        <w:rPr>
          <w:b w:val="0"/>
        </w:rPr>
        <w:t xml:space="preserve">, and report mention rate, citation share and accuracy against </w:t>
      </w:r>
      <w:r>
        <w:rPr>
          <w:b/>
        </w:rPr>
        <w:t>[competitors]</w:t>
      </w:r>
      <w:r>
        <w:rPr>
          <w:b w:val="0"/>
        </w:rPr>
        <w:t>.</w:t>
      </w:r>
    </w:p>
    <w:p>
      <w:r>
        <w:rPr>
          <w:b w:val="0"/>
        </w:rPr>
        <w:t>- Find gaps: questions where we're missing, misdescribed or out-cited, and the sources answers rely on.</w:t>
      </w:r>
    </w:p>
    <w:p>
      <w:r>
        <w:rPr>
          <w:b w:val="0"/>
        </w:rPr>
        <w:t xml:space="preserve">- Improve our pages: clear answers, comparison tables, current facts and structured content in </w:t>
      </w:r>
      <w:r>
        <w:rPr>
          <w:b/>
        </w:rPr>
        <w:t>[CMS]</w:t>
      </w:r>
      <w:r>
        <w:rPr>
          <w:b w:val="0"/>
        </w:rPr>
        <w:t>.</w:t>
      </w:r>
    </w:p>
    <w:p>
      <w:r>
        <w:rPr>
          <w:b w:val="0"/>
        </w:rPr>
        <w:t>- Keep technical access healthy: crawlability, rendering and robots.txt rules for search and AI crawlers.</w:t>
      </w:r>
    </w:p>
    <w:p>
      <w:r>
        <w:rPr>
          <w:b w:val="0"/>
        </w:rPr>
        <w:t>- Work with PR, partnerships and community on coverage in the third-party sources AI answers cite.</w:t>
      </w:r>
    </w:p>
    <w:p>
      <w:r>
        <w:rPr>
          <w:b w:val="0"/>
        </w:rPr>
        <w:t xml:space="preserve">- Report AI visibility next to organic search performance in </w:t>
      </w:r>
      <w:r>
        <w:rPr>
          <w:b/>
        </w:rPr>
        <w:t>[Search Console / analytics / AI visibility tool]</w:t>
      </w:r>
      <w:r>
        <w:rPr>
          <w:b w:val="0"/>
        </w:rPr>
        <w:t>.</w:t>
      </w:r>
    </w:p>
    <w:p/>
    <w:p>
      <w:r>
        <w:rPr>
          <w:b w:val="0"/>
        </w:rPr>
        <w:t>What you'll bring</w:t>
      </w:r>
    </w:p>
    <w:p>
      <w:r>
        <w:rPr>
          <w:b w:val="0"/>
        </w:rPr>
        <w:t xml:space="preserve">- </w:t>
      </w:r>
      <w:r>
        <w:rPr>
          <w:b/>
        </w:rPr>
        <w:t>[2-5]</w:t>
      </w:r>
      <w:r>
        <w:rPr>
          <w:b w:val="0"/>
        </w:rPr>
        <w:t>+ years in SEO, content strategy or digital PR.</w:t>
      </w:r>
    </w:p>
    <w:p>
      <w:r>
        <w:rPr>
          <w:b w:val="0"/>
        </w:rPr>
        <w:t xml:space="preserve">- Hands-on experience with </w:t>
      </w:r>
      <w:r>
        <w:rPr>
          <w:b/>
        </w:rPr>
        <w:t>[Search Console, an SEO platform, an AI visibility tool]</w:t>
      </w:r>
      <w:r>
        <w:rPr>
          <w:b w:val="0"/>
        </w:rPr>
        <w:t>.</w:t>
      </w:r>
    </w:p>
    <w:p>
      <w:r>
        <w:rPr>
          <w:b w:val="0"/>
        </w:rPr>
        <w:t>- A testing mindset and comfort with messy, changing data.</w:t>
      </w:r>
    </w:p>
    <w:p>
      <w:r>
        <w:rPr>
          <w:b w:val="0"/>
        </w:rPr>
        <w:t>- Clear writing for both web pages and stakeholder reports.</w:t>
      </w:r>
    </w:p>
    <w:p/>
    <w:p>
      <w:r>
        <w:rPr>
          <w:b w:val="0"/>
        </w:rPr>
        <w:t>How we'll measure success</w:t>
      </w:r>
    </w:p>
    <w:p>
      <w:r>
        <w:rPr>
          <w:b w:val="0"/>
        </w:rPr>
        <w:t xml:space="preserve">- </w:t>
      </w:r>
      <w:r>
        <w:rPr>
          <w:b/>
        </w:rPr>
        <w:t>[Metric 1: e.g. mention rate across the tracked prompt set]</w:t>
      </w:r>
    </w:p>
    <w:p>
      <w:r>
        <w:rPr>
          <w:b w:val="0"/>
        </w:rPr>
        <w:t xml:space="preserve">- [Metric 2: e.g. share of citations against </w:t>
      </w:r>
      <w:r>
        <w:rPr>
          <w:b/>
        </w:rPr>
        <w:t>[competitors]</w:t>
      </w:r>
      <w:r>
        <w:rPr>
          <w:b w:val="0"/>
        </w:rPr>
        <w:t>]</w:t>
      </w:r>
    </w:p>
    <w:p>
      <w:r>
        <w:rPr>
          <w:b w:val="0"/>
        </w:rPr>
        <w:t xml:space="preserve">- </w:t>
      </w:r>
      <w:r>
        <w:rPr>
          <w:b/>
        </w:rPr>
        <w:t>[Metric 3: e.g. accuracy issues found and fixed]</w:t>
      </w:r>
    </w:p>
    <w:p/>
    <w:p>
      <w:r>
        <w:rPr>
          <w:b w:val="0"/>
        </w:rPr>
        <w:t>Pay and benefits</w:t>
      </w:r>
    </w:p>
    <w:p>
      <w:r>
        <w:rPr>
          <w:b/>
        </w:rPr>
        <w:t>[Salary range]</w:t>
      </w:r>
      <w:r>
        <w:rPr>
          <w:b w:val="0"/>
        </w:rPr>
        <w:t xml:space="preserve">, </w:t>
      </w:r>
      <w:r>
        <w:rPr>
          <w:b/>
        </w:rPr>
        <w:t>[benefits]</w:t>
      </w:r>
      <w:r>
        <w:rPr>
          <w:b w:val="0"/>
        </w:rPr>
        <w:t xml:space="preserve">, </w:t>
      </w:r>
      <w:r>
        <w:rPr>
          <w:b/>
        </w:rPr>
        <w:t>[location / hybrid / remote]</w:t>
      </w:r>
      <w:r>
        <w:rPr>
          <w:b w:val="0"/>
        </w:rPr>
        <w:t>.</w:t>
      </w:r>
    </w:p>
    <w:p>
      <w:pPr>
        <w:pStyle w:val="Heading2"/>
      </w:pPr>
      <w:r>
        <w:t>Skills and tools</w:t>
      </w:r>
    </w:p>
    <w:p>
      <w:r>
        <w:rPr>
          <w:b w:val="0"/>
        </w:rPr>
        <w:t xml:space="preserve">Built a [X]-prompt AI visibility tracker across </w:t>
      </w:r>
      <w:r>
        <w:rPr>
          <w:b/>
        </w:rPr>
        <w:t>[AI tools]</w:t>
      </w:r>
      <w:r>
        <w:rPr>
          <w:b w:val="0"/>
        </w:rPr>
        <w:t xml:space="preserve">; rewrote [X] pages and earned coverage in </w:t>
      </w:r>
      <w:r>
        <w:rPr>
          <w:b/>
        </w:rPr>
        <w:t>[sources]</w:t>
      </w:r>
      <w:r>
        <w:rPr>
          <w:b w:val="0"/>
        </w:rPr>
        <w:t xml:space="preserve">, raising </w:t>
      </w:r>
      <w:r>
        <w:rPr>
          <w:b/>
        </w:rPr>
        <w:t>[brand]</w:t>
      </w:r>
      <w:r>
        <w:rPr>
          <w:b w:val="0"/>
        </w:rPr>
        <w:t xml:space="preserve">'s mention rate from </w:t>
      </w:r>
      <w:r>
        <w:rPr>
          <w:b/>
        </w:rPr>
        <w:t>[X%]</w:t>
      </w:r>
      <w:r>
        <w:rPr>
          <w:b w:val="0"/>
        </w:rPr>
        <w:t xml:space="preserve"> to </w:t>
      </w:r>
      <w:r>
        <w:rPr>
          <w:b/>
        </w:rPr>
        <w:t>[Y%]</w:t>
      </w:r>
      <w:r>
        <w:rPr>
          <w:b w:val="0"/>
        </w:rPr>
        <w:t xml:space="preserve"> against </w:t>
      </w:r>
      <w:r>
        <w:rPr>
          <w:b/>
        </w:rPr>
        <w:t>[competitors]</w:t>
      </w:r>
      <w:r>
        <w:rPr>
          <w:b w:val="0"/>
        </w:rPr>
        <w:t xml:space="preserve"> in </w:t>
      </w:r>
      <w:r>
        <w:rPr>
          <w:b/>
        </w:rPr>
        <w:t>[timeframe]</w:t>
      </w:r>
      <w:r>
        <w:rPr>
          <w:b w:val="0"/>
        </w:rP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