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Account Manager Resume: Agency Examples, Summary and Keywords</w:t>
      </w:r>
    </w:p>
    <w:p>
      <w:r>
        <w:t>Templates from https://knowtheroom.ai/career-guides/account-manager-resume/ · Replace everything in [brackets].</w:t>
      </w:r>
    </w:p>
    <w:p>
      <w:pPr>
        <w:pStyle w:val="Heading2"/>
      </w:pPr>
      <w:r>
        <w:t>How do you write an account manager resume summary?</w:t>
      </w:r>
    </w:p>
    <w:p>
      <w:r>
        <w:rPr>
          <w:b w:val="0"/>
        </w:rPr>
        <w:t xml:space="preserve">Account manager with </w:t>
      </w:r>
      <w:r>
        <w:rPr>
          <w:b/>
        </w:rPr>
        <w:t>[number]</w:t>
      </w:r>
      <w:r>
        <w:rPr>
          <w:b w:val="0"/>
        </w:rPr>
        <w:t xml:space="preserve"> years at </w:t>
      </w:r>
      <w:r>
        <w:rPr>
          <w:b/>
        </w:rPr>
        <w:t>[type: integrated / social / PR / media]</w:t>
      </w:r>
      <w:r>
        <w:rPr>
          <w:b w:val="0"/>
        </w:rPr>
        <w:t xml:space="preserve"> agencies, running </w:t>
      </w:r>
      <w:r>
        <w:rPr>
          <w:b/>
        </w:rPr>
        <w:t>[number]</w:t>
      </w:r>
      <w:r>
        <w:rPr>
          <w:b w:val="0"/>
        </w:rPr>
        <w:t xml:space="preserve"> accounts in </w:t>
      </w:r>
      <w:r>
        <w:rPr>
          <w:b/>
        </w:rPr>
        <w:t>[categories: e.g. retail, consumer health, B2B tech]</w:t>
      </w:r>
      <w:r>
        <w:rPr>
          <w:b w:val="0"/>
        </w:rPr>
        <w:t xml:space="preserve">. Known for </w:t>
      </w:r>
      <w:r>
        <w:rPr>
          <w:b/>
        </w:rPr>
        <w:t>[one strength: calm under deadline / turning feedback into clear briefs]</w:t>
      </w:r>
      <w:r>
        <w:rPr>
          <w:b w:val="0"/>
        </w:rPr>
        <w:t xml:space="preserve">, and grew </w:t>
      </w:r>
      <w:r>
        <w:rPr>
          <w:b/>
        </w:rPr>
        <w:t>[account]</w:t>
      </w:r>
      <w:r>
        <w:rPr>
          <w:b w:val="0"/>
        </w:rPr>
        <w:t xml:space="preserve"> from </w:t>
      </w:r>
      <w:r>
        <w:rPr>
          <w:b/>
        </w:rPr>
        <w:t>[scope]</w:t>
      </w:r>
      <w:r>
        <w:rPr>
          <w:b w:val="0"/>
        </w:rPr>
        <w:t xml:space="preserve"> to </w:t>
      </w:r>
      <w:r>
        <w:rPr>
          <w:b/>
        </w:rPr>
        <w:t>[scope]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an account manager resume summary?</w:t>
      </w:r>
    </w:p>
    <w:p>
      <w:r>
        <w:rPr>
          <w:b w:val="0"/>
        </w:rPr>
        <w:t xml:space="preserve">Agency account manager who keeps big clients happy and projects profitable. Led day-to-day relationships on </w:t>
      </w:r>
      <w:r>
        <w:rPr>
          <w:b/>
        </w:rPr>
        <w:t>[client description]</w:t>
      </w:r>
      <w:r>
        <w:rPr>
          <w:b w:val="0"/>
        </w:rPr>
        <w:t xml:space="preserve"> with a $</w:t>
      </w:r>
      <w:r>
        <w:rPr>
          <w:b/>
        </w:rPr>
        <w:t>[fee or budget]</w:t>
      </w:r>
      <w:r>
        <w:rPr>
          <w:b w:val="0"/>
        </w:rPr>
        <w:t xml:space="preserve"> scope, delivered </w:t>
      </w:r>
      <w:r>
        <w:rPr>
          <w:b/>
        </w:rPr>
        <w:t>[number]</w:t>
      </w:r>
      <w:r>
        <w:rPr>
          <w:b w:val="0"/>
        </w:rPr>
        <w:t xml:space="preserve"> campaigns on time, and helped win </w:t>
      </w:r>
      <w:r>
        <w:rPr>
          <w:b/>
        </w:rPr>
        <w:t>[new project or renewal]</w:t>
      </w:r>
      <w:r>
        <w:rPr>
          <w:b w:val="0"/>
        </w:rPr>
        <w:t>.</w:t>
      </w:r>
    </w:p>
    <w:p>
      <w:pPr>
        <w:pStyle w:val="Heading2"/>
      </w:pPr>
      <w:r>
        <w:t>What makes a strong account manager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[account or project]</w:t>
      </w:r>
      <w:r>
        <w:rPr>
          <w:b w:val="0"/>
        </w:rPr>
        <w:t xml:space="preserve"> for </w:t>
      </w:r>
      <w:r>
        <w:rPr>
          <w:b/>
        </w:rPr>
        <w:t>[client description]</w:t>
      </w:r>
      <w:r>
        <w:rPr>
          <w:b w:val="0"/>
        </w:rPr>
        <w:t xml:space="preserve">, </w:t>
      </w:r>
      <w:r>
        <w:rPr>
          <w:b/>
        </w:rPr>
        <w:t>[scope: budget, team, timeline]</w:t>
      </w:r>
      <w:r>
        <w:rPr>
          <w:b w:val="0"/>
        </w:rPr>
        <w:t xml:space="preserve">, </w:t>
      </w:r>
      <w:r>
        <w:rPr>
          <w:b/>
        </w:rPr>
        <w:t>[result for the client and/or the agency]</w:t>
      </w:r>
      <w:r>
        <w:rPr>
          <w:b w:val="0"/>
        </w:rPr>
        <w:t>.</w:t>
      </w:r>
    </w:p>
    <w:p>
      <w:pPr>
        <w:pStyle w:val="Heading2"/>
      </w:pPr>
      <w:r>
        <w:t>Client relationships and retention</w:t>
      </w:r>
    </w:p>
    <w:p>
      <w:r>
        <w:rPr>
          <w:b w:val="0"/>
        </w:rPr>
        <w:t xml:space="preserve">- Ran the day-to-day relationship with </w:t>
      </w:r>
      <w:r>
        <w:rPr>
          <w:b/>
        </w:rPr>
        <w:t>[client description]</w:t>
      </w:r>
      <w:r>
        <w:rPr>
          <w:b w:val="0"/>
        </w:rPr>
        <w:t>, a $</w:t>
      </w:r>
      <w:r>
        <w:rPr>
          <w:b/>
        </w:rPr>
        <w:t>[fee]</w:t>
      </w:r>
      <w:r>
        <w:rPr>
          <w:b w:val="0"/>
        </w:rPr>
        <w:t xml:space="preserve"> annual retainer, through </w:t>
      </w:r>
      <w:r>
        <w:rPr>
          <w:b/>
        </w:rPr>
        <w:t>[a leadership change / a budget cut / a review]</w:t>
      </w:r>
      <w:r>
        <w:rPr>
          <w:b w:val="0"/>
        </w:rPr>
        <w:t xml:space="preserve">, and kept the account </w:t>
      </w:r>
      <w:r>
        <w:rPr>
          <w:b/>
        </w:rPr>
        <w:t>[result: renewed / grew to $X]</w:t>
      </w:r>
      <w:r>
        <w:rPr>
          <w:b w:val="0"/>
        </w:rPr>
        <w:t>.</w:t>
      </w:r>
    </w:p>
    <w:p>
      <w:r>
        <w:rPr>
          <w:b w:val="0"/>
        </w:rPr>
        <w:t xml:space="preserve">- Led weekly status calls and monthly reviews for </w:t>
      </w:r>
      <w:r>
        <w:rPr>
          <w:b/>
        </w:rPr>
        <w:t>[number]</w:t>
      </w:r>
      <w:r>
        <w:rPr>
          <w:b w:val="0"/>
        </w:rPr>
        <w:t xml:space="preserve"> clients, keeping </w:t>
      </w:r>
      <w:r>
        <w:rPr>
          <w:b/>
        </w:rPr>
        <w:t>[metric: approvals / launches]</w:t>
      </w:r>
      <w:r>
        <w:rPr>
          <w:b w:val="0"/>
        </w:rPr>
        <w:t xml:space="preserve"> on schedule across </w:t>
      </w:r>
      <w:r>
        <w:rPr>
          <w:b/>
        </w:rPr>
        <w:t>[number]</w:t>
      </w:r>
      <w:r>
        <w:rPr>
          <w:b w:val="0"/>
        </w:rPr>
        <w:t xml:space="preserve"> projects a quarter.</w:t>
      </w:r>
    </w:p>
    <w:p>
      <w:pPr>
        <w:pStyle w:val="Heading2"/>
      </w:pPr>
      <w:r>
        <w:t>Delivery, scope and budget</w:t>
      </w:r>
    </w:p>
    <w:p>
      <w:r>
        <w:rPr>
          <w:b w:val="0"/>
        </w:rPr>
        <w:t xml:space="preserve">- Delivered </w:t>
      </w:r>
      <w:r>
        <w:rPr>
          <w:b/>
        </w:rPr>
        <w:t>[campaign or project]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 xml:space="preserve"> for </w:t>
      </w:r>
      <w:r>
        <w:rPr>
          <w:b/>
        </w:rPr>
        <w:t>[client]</w:t>
      </w:r>
      <w:r>
        <w:rPr>
          <w:b w:val="0"/>
        </w:rPr>
        <w:t xml:space="preserve"> on time and </w:t>
      </w:r>
      <w:r>
        <w:rPr>
          <w:b/>
        </w:rPr>
        <w:t>[percent]</w:t>
      </w:r>
      <w:r>
        <w:rPr>
          <w:b w:val="0"/>
        </w:rPr>
        <w:t xml:space="preserve"> under the estimate, by </w:t>
      </w:r>
      <w:r>
        <w:rPr>
          <w:b/>
        </w:rPr>
        <w:t>[what you changed: a tighter brief, fewer review rounds]</w:t>
      </w:r>
      <w:r>
        <w:rPr>
          <w:b w:val="0"/>
        </w:rPr>
        <w:t>.</w:t>
      </w:r>
    </w:p>
    <w:p>
      <w:r>
        <w:rPr>
          <w:b w:val="0"/>
        </w:rPr>
        <w:t xml:space="preserve">- Introduced a change-request process that caught </w:t>
      </w:r>
      <w:r>
        <w:rPr>
          <w:b/>
        </w:rPr>
        <w:t>[number]</w:t>
      </w:r>
      <w:r>
        <w:rPr>
          <w:b w:val="0"/>
        </w:rPr>
        <w:t xml:space="preserve"> out-of-scope requests in </w:t>
      </w:r>
      <w:r>
        <w:rPr>
          <w:b/>
        </w:rPr>
        <w:t>[time]</w:t>
      </w:r>
      <w:r>
        <w:rPr>
          <w:b w:val="0"/>
        </w:rPr>
        <w:t xml:space="preserve">, turning </w:t>
      </w:r>
      <w:r>
        <w:rPr>
          <w:b/>
        </w:rPr>
        <w:t>[amount]</w:t>
      </w:r>
      <w:r>
        <w:rPr>
          <w:b w:val="0"/>
        </w:rPr>
        <w:t xml:space="preserve"> of unpaid work into estimated, billable projects.</w:t>
      </w:r>
    </w:p>
    <w:p>
      <w:r>
        <w:rPr>
          <w:b w:val="0"/>
        </w:rPr>
        <w:t xml:space="preserve">- Tracked hours against estimates on </w:t>
      </w:r>
      <w:r>
        <w:rPr>
          <w:b/>
        </w:rPr>
        <w:t>[number]</w:t>
      </w:r>
      <w:r>
        <w:rPr>
          <w:b w:val="0"/>
        </w:rPr>
        <w:t xml:space="preserve"> accounts and flagged overruns early, improving account margin from [x] to [y].</w:t>
      </w:r>
    </w:p>
    <w:p>
      <w:pPr>
        <w:pStyle w:val="Heading2"/>
      </w:pPr>
      <w:r>
        <w:t>Account growth</w:t>
      </w:r>
    </w:p>
    <w:p>
      <w:r>
        <w:rPr>
          <w:b w:val="0"/>
        </w:rPr>
        <w:t xml:space="preserve">- Grew </w:t>
      </w:r>
      <w:r>
        <w:rPr>
          <w:b/>
        </w:rPr>
        <w:t>[client]</w:t>
      </w:r>
      <w:r>
        <w:rPr>
          <w:b w:val="0"/>
        </w:rPr>
        <w:t xml:space="preserve"> from </w:t>
      </w:r>
      <w:r>
        <w:rPr>
          <w:b/>
        </w:rPr>
        <w:t>[one service]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services, adding $</w:t>
      </w:r>
      <w:r>
        <w:rPr>
          <w:b/>
        </w:rPr>
        <w:t>[amount]</w:t>
      </w:r>
      <w:r>
        <w:rPr>
          <w:b w:val="0"/>
        </w:rPr>
        <w:t xml:space="preserve"> in annual fees through </w:t>
      </w:r>
      <w:r>
        <w:rPr>
          <w:b/>
        </w:rPr>
        <w:t>[what you spotted and proposed]</w:t>
      </w:r>
      <w:r>
        <w:rPr>
          <w:b w:val="0"/>
        </w:rPr>
        <w:t>.</w:t>
      </w:r>
    </w:p>
    <w:p>
      <w:r>
        <w:rPr>
          <w:b w:val="0"/>
        </w:rPr>
        <w:t xml:space="preserve">- Helped write </w:t>
      </w:r>
      <w:r>
        <w:rPr>
          <w:b/>
        </w:rPr>
        <w:t>[number]</w:t>
      </w:r>
      <w:r>
        <w:rPr>
          <w:b w:val="0"/>
        </w:rPr>
        <w:t xml:space="preserve"> proposals and joined the pitch team that won </w:t>
      </w:r>
      <w:r>
        <w:rPr>
          <w:b/>
        </w:rPr>
        <w:t>[client description]</w:t>
      </w:r>
      <w:r>
        <w:rPr>
          <w:b w:val="0"/>
        </w:rPr>
        <w:t>.</w:t>
      </w:r>
    </w:p>
    <w:p>
      <w:pPr>
        <w:pStyle w:val="Heading2"/>
      </w:pPr>
      <w:r>
        <w:t>Team and process</w:t>
      </w:r>
    </w:p>
    <w:p>
      <w:r>
        <w:rPr>
          <w:b w:val="0"/>
        </w:rPr>
        <w:t xml:space="preserve">- Managed and coached </w:t>
      </w:r>
      <w:r>
        <w:rPr>
          <w:b/>
        </w:rPr>
        <w:t>[number]</w:t>
      </w:r>
      <w:r>
        <w:rPr>
          <w:b w:val="0"/>
        </w:rPr>
        <w:t xml:space="preserve"> account executives and coordinators; </w:t>
      </w:r>
      <w:r>
        <w:rPr>
          <w:b/>
        </w:rPr>
        <w:t>[one promoted / result]</w:t>
      </w:r>
      <w:r>
        <w:rPr>
          <w:b w:val="0"/>
        </w:rPr>
        <w:t>.</w:t>
      </w:r>
    </w:p>
    <w:p>
      <w:r>
        <w:rPr>
          <w:b w:val="0"/>
        </w:rPr>
        <w:t xml:space="preserve">- Wrote briefs for </w:t>
      </w:r>
      <w:r>
        <w:rPr>
          <w:b/>
        </w:rPr>
        <w:t>[creative / media / social]</w:t>
      </w:r>
      <w:r>
        <w:rPr>
          <w:b w:val="0"/>
        </w:rPr>
        <w:t xml:space="preserve"> teams on </w:t>
      </w:r>
      <w:r>
        <w:rPr>
          <w:b/>
        </w:rPr>
        <w:t>[number]</w:t>
      </w:r>
      <w:r>
        <w:rPr>
          <w:b w:val="0"/>
        </w:rPr>
        <w:t xml:space="preserve"> projects, cutting revisions from [x] rounds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